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Start and Stop Times</w:t>
      </w:r>
    </w:p>
    <w:p>
      <w:pPr>
        <w:jc w:val="both"/>
      </w:pPr>
      <w:r>
        <w:rPr>
          <w:b w:val="0"/>
        </w:rPr>
        <w:t>Quick Win project, Operational Excellence Program</w:t>
      </w:r>
    </w:p>
    <w:p>
      <w:pPr>
        <w:jc w:val="both"/>
      </w:pPr>
      <w:r>
        <w:rPr>
          <w:b w:val="0"/>
          <w:color w:val="595959"/>
          <w:sz w:val="19"/>
        </w:rPr>
        <w:t>Project owner: Leon Steer (GSV)   |   Version 2.1   |   12 October 2026</w:t>
      </w:r>
    </w:p>
    <w:p>
      <w:pPr>
        <w:spacing w:before="280"/>
      </w:pPr>
      <w:r>
        <w:rPr>
          <w:b/>
          <w:color w:val="005781"/>
          <w:sz w:val="26"/>
        </w:rPr>
        <w:t>Summary</w:t>
      </w:r>
    </w:p>
    <w:p>
      <w:pPr>
        <w:jc w:val="both"/>
      </w:pPr>
      <w:r>
        <w:rPr>
          <w:b w:val="0"/>
        </w:rPr>
        <w:t>One clear way of working for starting, taking breaks and finishing operations, applied consistently across all shifts and workplaces. The objective is to ensure that teams are properly prepared and that productive work starts and finishes at the agreed times.</w:t>
      </w:r>
    </w:p>
    <w:p>
      <w:pPr>
        <w:keepNext/>
        <w:jc w:val="both"/>
      </w:pPr>
      <w:r>
        <w:rPr>
          <w:b/>
        </w:rPr>
        <w:t>What changes: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2877"/>
          </w:tcPr>
          <w:p>
            <w:pPr>
              <w:keepNext/>
              <w:spacing w:after="0" w:before="0" w:line="240" w:lineRule="auto"/>
            </w:pPr>
            <w:r>
              <w:rPr>
                <w:b/>
                <w:sz w:val="18"/>
              </w:rPr>
            </w:r>
            <w:r>
              <w:rPr>
                <w:b/>
                <w:sz w:val="18"/>
              </w:rPr>
              <w:t>Item</w:t>
            </w:r>
          </w:p>
        </w:tc>
        <w:tc>
          <w:tcPr>
            <w:tcW w:type="dxa" w:w="2818"/>
          </w:tcPr>
          <w:p>
            <w:pPr>
              <w:keepNext/>
              <w:spacing w:after="0" w:before="0" w:line="240" w:lineRule="auto"/>
            </w:pPr>
            <w:r>
              <w:rPr>
                <w:b/>
                <w:sz w:val="18"/>
              </w:rPr>
            </w:r>
            <w:r>
              <w:rPr>
                <w:b/>
                <w:sz w:val="18"/>
              </w:rPr>
              <w:t>Current</w:t>
            </w:r>
          </w:p>
        </w:tc>
        <w:tc>
          <w:tcPr>
            <w:tcW w:type="dxa" w:w="3830"/>
          </w:tcPr>
          <w:p>
            <w:pPr>
              <w:keepNext/>
              <w:spacing w:after="0" w:before="0" w:line="240" w:lineRule="auto"/>
            </w:pPr>
            <w:r>
              <w:rPr>
                <w:b/>
                <w:sz w:val="18"/>
              </w:rPr>
            </w:r>
            <w:r>
              <w:rPr>
                <w:b/>
                <w:sz w:val="18"/>
              </w:rPr>
              <w:t>New</w:t>
            </w:r>
          </w:p>
        </w:tc>
      </w:tr>
      <w:tr>
        <w:trPr>
          <w:cantSplit/>
        </w:trPr>
        <w:tc>
          <w:tcPr>
            <w:tcW w:type="dxa" w:w="2877"/>
          </w:tcPr>
          <w:p>
            <w:pPr>
              <w:keepNext/>
              <w:spacing w:after="0" w:before="0" w:line="240" w:lineRule="auto"/>
            </w:pPr>
            <w:r>
              <w:rPr>
                <w:sz w:val="18"/>
              </w:rPr>
            </w:r>
            <w:r>
              <w:rPr>
                <w:b w:val="0"/>
                <w:sz w:val="18"/>
              </w:rPr>
              <w:t>Afternoon operational start</w:t>
            </w:r>
          </w:p>
        </w:tc>
        <w:tc>
          <w:tcPr>
            <w:tcW w:type="dxa" w:w="2818"/>
          </w:tcPr>
          <w:p>
            <w:pPr>
              <w:keepNext/>
              <w:spacing w:after="0" w:before="0" w:line="240" w:lineRule="auto"/>
            </w:pPr>
            <w:r>
              <w:rPr>
                <w:sz w:val="18"/>
              </w:rPr>
            </w:r>
            <w:r>
              <w:rPr>
                <w:b w:val="0"/>
                <w:sz w:val="18"/>
              </w:rPr>
              <w:t>15:30</w:t>
            </w:r>
          </w:p>
        </w:tc>
        <w:tc>
          <w:tcPr>
            <w:tcW w:type="dxa" w:w="3830"/>
          </w:tcPr>
          <w:p>
            <w:pPr>
              <w:keepNext/>
              <w:spacing w:after="0" w:before="0" w:line="240" w:lineRule="auto"/>
            </w:pPr>
            <w:r>
              <w:rPr>
                <w:sz w:val="18"/>
              </w:rPr>
            </w:r>
            <w:r>
              <w:rPr>
                <w:b w:val="0"/>
                <w:sz w:val="18"/>
              </w:rPr>
              <w:t>15:45</w:t>
            </w:r>
          </w:p>
        </w:tc>
      </w:tr>
      <w:tr>
        <w:trPr>
          <w:cantSplit/>
        </w:trPr>
        <w:tc>
          <w:tcPr>
            <w:tcW w:type="dxa" w:w="2877"/>
          </w:tcPr>
          <w:p>
            <w:pPr>
              <w:keepNext/>
              <w:spacing w:after="0" w:before="0" w:line="240" w:lineRule="auto"/>
            </w:pPr>
            <w:r>
              <w:rPr>
                <w:sz w:val="18"/>
              </w:rPr>
            </w:r>
            <w:r>
              <w:rPr>
                <w:b w:val="0"/>
                <w:sz w:val="18"/>
              </w:rPr>
              <w:t>Night break</w:t>
            </w:r>
          </w:p>
        </w:tc>
        <w:tc>
          <w:tcPr>
            <w:tcW w:type="dxa" w:w="2818"/>
          </w:tcPr>
          <w:p>
            <w:pPr>
              <w:keepNext/>
              <w:spacing w:after="0" w:before="0" w:line="240" w:lineRule="auto"/>
            </w:pPr>
            <w:r>
              <w:rPr>
                <w:sz w:val="18"/>
              </w:rPr>
            </w:r>
            <w:r>
              <w:rPr>
                <w:b w:val="0"/>
                <w:sz w:val="18"/>
              </w:rPr>
              <w:t>05:00 to 06:00</w:t>
            </w:r>
          </w:p>
        </w:tc>
        <w:tc>
          <w:tcPr>
            <w:tcW w:type="dxa" w:w="3830"/>
          </w:tcPr>
          <w:p>
            <w:pPr>
              <w:keepNext/>
              <w:spacing w:after="0" w:before="0" w:line="240" w:lineRule="auto"/>
            </w:pPr>
            <w:r>
              <w:rPr>
                <w:sz w:val="18"/>
              </w:rPr>
            </w:r>
            <w:r>
              <w:rPr>
                <w:b w:val="0"/>
                <w:sz w:val="18"/>
              </w:rPr>
              <w:t>02:00 to 03:00</w:t>
            </w:r>
          </w:p>
        </w:tc>
      </w:tr>
      <w:tr>
        <w:trPr>
          <w:cantSplit/>
        </w:trPr>
        <w:tc>
          <w:tcPr>
            <w:tcW w:type="dxa" w:w="2877"/>
          </w:tcPr>
          <w:p>
            <w:pPr>
              <w:keepNext/>
              <w:spacing w:after="0" w:before="0" w:line="240" w:lineRule="auto"/>
            </w:pPr>
            <w:r>
              <w:rPr>
                <w:sz w:val="18"/>
              </w:rPr>
            </w:r>
            <w:r>
              <w:rPr>
                <w:b w:val="0"/>
                <w:sz w:val="18"/>
              </w:rPr>
              <w:t>Absence notification</w:t>
            </w:r>
          </w:p>
        </w:tc>
        <w:tc>
          <w:tcPr>
            <w:tcW w:type="dxa" w:w="2818"/>
          </w:tcPr>
          <w:p>
            <w:pPr>
              <w:keepNext/>
              <w:spacing w:after="0" w:before="0" w:line="240" w:lineRule="auto"/>
            </w:pPr>
            <w:r>
              <w:rPr>
                <w:sz w:val="18"/>
              </w:rPr>
            </w:r>
            <w:r>
              <w:rPr>
                <w:b w:val="0"/>
                <w:sz w:val="18"/>
              </w:rPr>
              <w:t>06:00 to 06:30 / no fixed deadline</w:t>
            </w:r>
          </w:p>
        </w:tc>
        <w:tc>
          <w:tcPr>
            <w:tcW w:type="dxa" w:w="3830"/>
          </w:tcPr>
          <w:p>
            <w:pPr>
              <w:keepNext/>
              <w:spacing w:after="0" w:before="0" w:line="240" w:lineRule="auto"/>
            </w:pPr>
            <w:r>
              <w:rPr>
                <w:sz w:val="18"/>
              </w:rPr>
            </w:r>
            <w:r>
              <w:rPr>
                <w:b w:val="0"/>
                <w:sz w:val="18"/>
              </w:rPr>
              <w:t>Before 06:00 / 14:00 / 22:00</w:t>
            </w:r>
          </w:p>
        </w:tc>
      </w:tr>
      <w:tr>
        <w:trPr>
          <w:cantSplit/>
        </w:trPr>
        <w:tc>
          <w:tcPr>
            <w:tcW w:type="dxa" w:w="2877"/>
          </w:tcPr>
          <w:p>
            <w:pPr>
              <w:keepNext/>
              <w:spacing w:after="0" w:before="0" w:line="240" w:lineRule="auto"/>
            </w:pPr>
            <w:r>
              <w:rPr>
                <w:sz w:val="18"/>
              </w:rPr>
            </w:r>
            <w:r>
              <w:rPr>
                <w:b w:val="0"/>
                <w:sz w:val="18"/>
              </w:rPr>
              <w:t>Canteen cleared, transport away</w:t>
            </w:r>
          </w:p>
        </w:tc>
        <w:tc>
          <w:tcPr>
            <w:tcW w:type="dxa" w:w="2818"/>
          </w:tcPr>
          <w:p>
            <w:pPr>
              <w:keepNext/>
              <w:spacing w:after="0" w:before="0" w:line="240" w:lineRule="auto"/>
            </w:pPr>
            <w:r>
              <w:rPr>
                <w:sz w:val="18"/>
              </w:rPr>
            </w:r>
            <w:r>
              <w:rPr>
                <w:b w:val="0"/>
                <w:sz w:val="18"/>
              </w:rPr>
              <w:t>07:25 / 15:25 / 23:25</w:t>
            </w:r>
          </w:p>
        </w:tc>
        <w:tc>
          <w:tcPr>
            <w:tcW w:type="dxa" w:w="3830"/>
          </w:tcPr>
          <w:p>
            <w:pPr>
              <w:keepNext/>
              <w:spacing w:after="0" w:before="0" w:line="240" w:lineRule="auto"/>
            </w:pPr>
            <w:r>
              <w:rPr>
                <w:sz w:val="18"/>
              </w:rPr>
            </w:r>
            <w:r>
              <w:rPr>
                <w:b w:val="0"/>
                <w:sz w:val="18"/>
              </w:rPr>
              <w:t>07:15 / 15:15 / 23:15</w:t>
            </w:r>
          </w:p>
        </w:tc>
      </w:tr>
      <w:tr>
        <w:trPr>
          <w:cantSplit/>
        </w:trPr>
        <w:tc>
          <w:tcPr>
            <w:tcW w:type="dxa" w:w="2877"/>
          </w:tcPr>
          <w:p>
            <w:pPr>
              <w:keepNext/>
              <w:spacing w:after="0" w:before="0" w:line="240" w:lineRule="auto"/>
            </w:pPr>
            <w:r>
              <w:rPr>
                <w:sz w:val="18"/>
              </w:rPr>
            </w:r>
            <w:r>
              <w:rPr>
                <w:b w:val="0"/>
                <w:sz w:val="18"/>
              </w:rPr>
              <w:t>Earlier transport for SV2 and SV3</w:t>
            </w:r>
          </w:p>
        </w:tc>
        <w:tc>
          <w:tcPr>
            <w:tcW w:type="dxa" w:w="2818"/>
          </w:tcPr>
          <w:p>
            <w:pPr>
              <w:keepNext/>
              <w:spacing w:after="0" w:before="0" w:line="240" w:lineRule="auto"/>
            </w:pPr>
            <w:r>
              <w:rPr>
                <w:sz w:val="18"/>
              </w:rPr>
            </w:r>
            <w:r>
              <w:rPr>
                <w:b w:val="0"/>
                <w:sz w:val="18"/>
              </w:rPr>
              <w:t>not arranged</w:t>
            </w:r>
          </w:p>
        </w:tc>
        <w:tc>
          <w:tcPr>
            <w:tcW w:type="dxa" w:w="3830"/>
          </w:tcPr>
          <w:p>
            <w:pPr>
              <w:keepNext/>
              <w:spacing w:after="0" w:before="0" w:line="240" w:lineRule="auto"/>
            </w:pPr>
            <w:r>
              <w:rPr>
                <w:sz w:val="18"/>
              </w:rPr>
            </w:r>
            <w:r>
              <w:rPr>
                <w:b w:val="0"/>
                <w:sz w:val="18"/>
              </w:rPr>
              <w:t>at the terminal by 06:30 / 14:30 / 22:30</w:t>
            </w:r>
          </w:p>
        </w:tc>
      </w:tr>
      <w:tr>
        <w:trPr>
          <w:cantSplit/>
        </w:trPr>
        <w:tc>
          <w:tcPr>
            <w:tcW w:type="dxa" w:w="2877"/>
          </w:tcPr>
          <w:p>
            <w:pPr>
              <w:keepNext/>
              <w:spacing w:after="0" w:before="0" w:line="240" w:lineRule="auto"/>
            </w:pPr>
            <w:r>
              <w:rPr>
                <w:sz w:val="18"/>
              </w:rPr>
            </w:r>
            <w:r>
              <w:rPr>
                <w:b w:val="0"/>
                <w:sz w:val="18"/>
              </w:rPr>
              <w:t>Verification that the shift started</w:t>
            </w:r>
          </w:p>
        </w:tc>
        <w:tc>
          <w:tcPr>
            <w:tcW w:type="dxa" w:w="2818"/>
          </w:tcPr>
          <w:p>
            <w:pPr>
              <w:keepNext/>
              <w:spacing w:after="0" w:before="0" w:line="240" w:lineRule="auto"/>
            </w:pPr>
            <w:r>
              <w:rPr>
                <w:sz w:val="18"/>
              </w:rPr>
            </w:r>
            <w:r>
              <w:rPr>
                <w:b w:val="0"/>
                <w:sz w:val="18"/>
              </w:rPr>
              <w:t>not verified</w:t>
            </w:r>
          </w:p>
        </w:tc>
        <w:tc>
          <w:tcPr>
            <w:tcW w:type="dxa" w:w="3830"/>
          </w:tcPr>
          <w:p>
            <w:pPr>
              <w:keepNext/>
              <w:spacing w:after="0" w:before="0" w:line="240" w:lineRule="auto"/>
            </w:pPr>
            <w:r>
              <w:rPr>
                <w:sz w:val="18"/>
              </w:rPr>
            </w:r>
            <w:r>
              <w:rPr>
                <w:b w:val="0"/>
                <w:sz w:val="18"/>
              </w:rPr>
              <w:t>GSV round at the workplaces</w:t>
            </w:r>
          </w:p>
        </w:tc>
      </w:tr>
      <w:tr>
        <w:trPr>
          <w:cantSplit/>
        </w:trPr>
        <w:tc>
          <w:tcPr>
            <w:tcW w:type="dxa" w:w="2877"/>
          </w:tcPr>
          <w:p>
            <w:pPr>
              <w:keepNext/>
              <w:spacing w:after="0" w:before="0" w:line="240" w:lineRule="auto"/>
            </w:pPr>
            <w:r>
              <w:rPr>
                <w:sz w:val="18"/>
              </w:rPr>
            </w:r>
            <w:r>
              <w:rPr>
                <w:b w:val="0"/>
                <w:sz w:val="18"/>
              </w:rPr>
              <w:t>Presence and clock-in</w:t>
            </w:r>
          </w:p>
        </w:tc>
        <w:tc>
          <w:tcPr>
            <w:tcW w:type="dxa" w:w="2818"/>
          </w:tcPr>
          <w:p>
            <w:pPr>
              <w:keepNext/>
              <w:spacing w:after="0" w:before="0" w:line="240" w:lineRule="auto"/>
            </w:pPr>
            <w:r>
              <w:rPr>
                <w:sz w:val="18"/>
              </w:rPr>
            </w:r>
            <w:r>
              <w:rPr>
                <w:b w:val="0"/>
                <w:sz w:val="18"/>
              </w:rPr>
              <w:t>not measurable</w:t>
            </w:r>
          </w:p>
        </w:tc>
        <w:tc>
          <w:tcPr>
            <w:tcW w:type="dxa" w:w="3830"/>
          </w:tcPr>
          <w:p>
            <w:pPr>
              <w:keepNext/>
              <w:spacing w:after="0" w:before="0" w:line="240" w:lineRule="auto"/>
            </w:pPr>
            <w:r>
              <w:rPr>
                <w:sz w:val="18"/>
              </w:rPr>
            </w:r>
            <w:r>
              <w:rPr>
                <w:b w:val="0"/>
                <w:sz w:val="18"/>
              </w:rPr>
              <w:t>system and IVMS checks, 06:15 – 06:45 and per shift</w:t>
            </w:r>
          </w:p>
        </w:tc>
      </w:tr>
      <w:tr>
        <w:trPr>
          <w:cantSplit/>
        </w:trPr>
        <w:tc>
          <w:tcPr>
            <w:tcW w:type="dxa" w:w="2877"/>
          </w:tcPr>
          <w:p>
            <w:pPr>
              <w:keepNext/>
              <w:spacing w:after="0" w:before="0" w:line="240" w:lineRule="auto"/>
            </w:pPr>
            <w:r>
              <w:rPr>
                <w:sz w:val="18"/>
              </w:rPr>
            </w:r>
            <w:r>
              <w:rPr>
                <w:b w:val="0"/>
                <w:sz w:val="18"/>
              </w:rPr>
              <w:t>Fuelling at the start of the shift</w:t>
            </w:r>
          </w:p>
        </w:tc>
        <w:tc>
          <w:tcPr>
            <w:tcW w:type="dxa" w:w="2818"/>
          </w:tcPr>
          <w:p>
            <w:pPr>
              <w:keepNext/>
              <w:spacing w:after="0" w:before="0" w:line="240" w:lineRule="auto"/>
            </w:pPr>
            <w:r>
              <w:rPr>
                <w:sz w:val="18"/>
              </w:rPr>
            </w:r>
            <w:r>
              <w:rPr>
                <w:b w:val="0"/>
                <w:sz w:val="18"/>
              </w:rPr>
              <w:t>at the operator's discretion</w:t>
            </w:r>
          </w:p>
        </w:tc>
        <w:tc>
          <w:tcPr>
            <w:tcW w:type="dxa" w:w="3830"/>
          </w:tcPr>
          <w:p>
            <w:pPr>
              <w:keepNext/>
              <w:spacing w:after="0" w:before="0" w:line="240" w:lineRule="auto"/>
            </w:pPr>
            <w:r>
              <w:rPr>
                <w:sz w:val="18"/>
              </w:rPr>
            </w:r>
            <w:r>
              <w:rPr>
                <w:b w:val="0"/>
                <w:sz w:val="18"/>
              </w:rPr>
              <w:t>only when SV1 or SV2 says so</w:t>
            </w:r>
          </w:p>
        </w:tc>
      </w:tr>
      <w:tr>
        <w:trPr>
          <w:cantSplit/>
        </w:trPr>
        <w:tc>
          <w:tcPr>
            <w:tcW w:type="dxa" w:w="2877"/>
          </w:tcPr>
          <w:p>
            <w:pPr>
              <w:spacing w:after="0" w:before="0" w:line="240" w:lineRule="auto"/>
            </w:pPr>
            <w:r>
              <w:rPr>
                <w:sz w:val="18"/>
              </w:rPr>
            </w:r>
            <w:r>
              <w:rPr>
                <w:b w:val="0"/>
                <w:sz w:val="18"/>
              </w:rPr>
              <w:t>Store preparation</w:t>
            </w:r>
          </w:p>
        </w:tc>
        <w:tc>
          <w:tcPr>
            <w:tcW w:type="dxa" w:w="2818"/>
          </w:tcPr>
          <w:p>
            <w:pPr>
              <w:spacing w:after="0" w:before="0" w:line="240" w:lineRule="auto"/>
            </w:pPr>
            <w:r>
              <w:rPr>
                <w:sz w:val="18"/>
              </w:rPr>
            </w:r>
            <w:r>
              <w:rPr>
                <w:b w:val="0"/>
                <w:sz w:val="18"/>
              </w:rPr>
              <w:t>not described</w:t>
            </w:r>
          </w:p>
        </w:tc>
        <w:tc>
          <w:tcPr>
            <w:tcW w:type="dxa" w:w="3830"/>
          </w:tcPr>
          <w:p>
            <w:pPr>
              <w:spacing w:after="0" w:before="0" w:line="240" w:lineRule="auto"/>
            </w:pPr>
            <w:r>
              <w:rPr>
                <w:sz w:val="18"/>
              </w:rPr>
            </w:r>
            <w:r>
              <w:rPr>
                <w:b w:val="0"/>
                <w:sz w:val="18"/>
              </w:rPr>
              <w:t>daily list, prepared the day before</w:t>
            </w:r>
          </w:p>
        </w:tc>
      </w:tr>
    </w:tbl>
    <w:p/>
    <w:p>
      <w:pPr>
        <w:jc w:val="both"/>
      </w:pPr>
      <w:r>
        <w:rPr>
          <w:b w:val="0"/>
        </w:rPr>
        <w:t>In addition, the preparation, handover, transport and registration process is standardised so that the gang can be ready at the workplace at the agreed operational start time.</w:t>
      </w:r>
    </w:p>
    <w:p>
      <w:pPr>
        <w:jc w:val="both"/>
      </w:pPr>
      <w:r>
        <w:rPr>
          <w:b/>
        </w:rPr>
        <w:t>What stays the same.</w:t>
      </w:r>
      <w:r>
        <w:rPr>
          <w:b w:val="0"/>
        </w:rPr>
        <w:t xml:space="preserve"> Clock in times, shift lengths, the existing morning and afternoon breaks, pay and prayer arrangements remain unchanged. Prayer continues to be fully respected.</w:t>
      </w:r>
    </w:p>
    <w:p>
      <w:pPr>
        <w:jc w:val="both"/>
      </w:pPr>
      <w:r>
        <w:rPr>
          <w:b/>
        </w:rPr>
        <w:t>What we ask.</w:t>
      </w:r>
      <w:r>
        <w:rPr>
          <w:b w:val="0"/>
        </w:rPr>
        <w:t xml:space="preserve"> At the agreed operational start time, the gang is at the workplace, PPE on, gear ready and productive work starts. Work continues until the operational stop time, and breaks start and finish at the agreed times. Any deviation of more than five minutes is recorded with the actual time and one reason code.</w:t>
      </w:r>
    </w:p>
    <w:p>
      <w:pPr>
        <w:jc w:val="both"/>
      </w:pPr>
      <w:r>
        <w:rPr>
          <w:b/>
        </w:rPr>
        <w:t>Why we use reason codes.</w:t>
      </w:r>
      <w:r>
        <w:rPr>
          <w:b w:val="0"/>
        </w:rPr>
        <w:t xml:space="preserve"> The codes distinguish between employee related, CSO controllable, vessel or customer related, weather and safety causes. This allows us to identify what CSO can influence and where improvement action is required.</w:t>
      </w:r>
    </w:p>
    <w:p>
      <w:pPr>
        <w:jc w:val="both"/>
      </w:pPr>
      <w:r>
        <w:rPr>
          <w:b/>
        </w:rPr>
        <w:t>How we will measure progress.</w:t>
      </w:r>
      <w:r>
        <w:rPr>
          <w:b w:val="0"/>
        </w:rPr>
        <w:t xml:space="preserve"> We monitor on time starts and finishes, lost crane-hours by cause, and the main recurring deviation reasons.</w:t>
      </w:r>
    </w:p>
    <w:p>
      <w:pPr>
        <w:spacing w:before="280"/>
      </w:pPr>
      <w:r>
        <w:rPr>
          <w:b/>
          <w:color w:val="005781"/>
          <w:sz w:val="26"/>
        </w:rPr>
        <w:t>Conditions to be completed before implementation</w:t>
      </w:r>
    </w:p>
    <w:p>
      <w:pPr>
        <w:pStyle w:val="ListNumber"/>
        <w:spacing w:after="80"/>
      </w:pPr>
      <w:r>
        <w:rPr>
          <w:b/>
        </w:rPr>
        <w:t>Formal management approval.</w:t>
      </w:r>
      <w:r>
        <w:rPr>
          <w:b w:val="0"/>
        </w:rPr>
        <w:t xml:space="preserve"> Obtain management approval for the agreed changes before communication to GSVs and implementation. The decision covers two items specifically: the fifteen minutes from 15:30 to 15:45, and the overtime implications of the earlier transport for SV2 and SV3. The break arrangements themselves are compliant and do not require a separate decision.</w:t>
      </w:r>
    </w:p>
    <w:p>
      <w:pPr>
        <w:pStyle w:val="ListNumber"/>
        <w:spacing w:after="80"/>
      </w:pPr>
      <w:r>
        <w:rPr>
          <w:b/>
        </w:rPr>
        <w:t>SV2 / SV3 transport and HR alignment.</w:t>
      </w:r>
      <w:r>
        <w:rPr>
          <w:b w:val="0"/>
        </w:rPr>
        <w:t xml:space="preserve"> Confirm earlier transport so that SV2 and SV3 are present at the terminal by 06:30, 14:30 and 22:30, and confirm official working hours and any overtime implications. Transport is arranged with the Transport Department. The employees concerned must be told of the new pick-up time before it takes effect — changing the bus without telling the men leaves them standing at the old one.</w:t>
      </w:r>
    </w:p>
    <w:p>
      <w:pPr>
        <w:pStyle w:val="ListNumber"/>
        <w:spacing w:after="80"/>
      </w:pPr>
      <w:r>
        <w:rPr>
          <w:b/>
        </w:rPr>
        <w:t>Dedicated OPS WhatsApp phone.</w:t>
      </w:r>
      <w:r>
        <w:rPr>
          <w:b w:val="0"/>
        </w:rPr>
        <w:t xml:space="preserve"> Provide one mobile phone with a fixed number and a data connection, continuously available in the OPS office for absence notifications. Requested from IT. The lead time on this phone determines the go-live date and should be confirmed before a date is announced.</w:t>
      </w:r>
    </w:p>
    <w:p>
      <w:pPr>
        <w:pStyle w:val="ListNumber"/>
        <w:spacing w:after="80"/>
      </w:pPr>
      <w:r>
        <w:rPr>
          <w:b/>
        </w:rPr>
        <w:t>Third party absence notification.</w:t>
      </w:r>
      <w:r>
        <w:rPr>
          <w:b w:val="0"/>
        </w:rPr>
        <w:t xml:space="preserve"> Agree fixed notification deadlines with the supplier so that absences are known early enough to arrange replacements before shift handover.</w:t>
      </w:r>
    </w:p>
    <w:p>
      <w:pPr>
        <w:pStyle w:val="ListNumber"/>
        <w:spacing w:after="80"/>
      </w:pPr>
      <w:r>
        <w:rPr>
          <w:b/>
        </w:rPr>
        <w:t>HR manual.</w:t>
      </w:r>
      <w:r>
        <w:rPr>
          <w:b w:val="0"/>
        </w:rPr>
        <w:t xml:space="preserve"> Record the revised absence notification deadlines in the HR manual, so that what is enforced from week 4 is written where employment terms are written.</w:t>
      </w:r>
    </w:p>
    <w:p>
      <w:pPr>
        <w:pStyle w:val="ListNumber"/>
        <w:spacing w:after="80"/>
      </w:pPr>
      <w:r>
        <w:rPr>
          <w:b/>
        </w:rPr>
        <w:t>Circular to employees.</w:t>
      </w:r>
      <w:r>
        <w:rPr>
          <w:b w:val="0"/>
        </w:rPr>
        <w:t xml:space="preserve"> Issue a circular announcing the absence notification deadline, so that no one is held to a rule they were never told.</w:t>
      </w:r>
    </w:p>
    <w:p>
      <w:pPr>
        <w:pStyle w:val="ListNumber"/>
        <w:spacing w:after="80"/>
      </w:pPr>
      <w:r>
        <w:rPr>
          <w:b/>
        </w:rPr>
        <w:t>Readiness and communication.</w:t>
      </w:r>
      <w:r>
        <w:rPr>
          <w:b w:val="0"/>
        </w:rPr>
        <w:t xml:space="preserve"> Brief GSVs, SVs and Tally Clerks, confirm all shifts are informed, and distribute the final one pager through the agreed channels before go live.</w:t>
      </w:r>
    </w:p>
    <w:p>
      <w:pPr>
        <w:spacing w:before="280"/>
      </w:pPr>
      <w:r>
        <w:rPr>
          <w:b/>
          <w:color w:val="005781"/>
          <w:sz w:val="26"/>
        </w:rPr>
        <w:t>1. Purpose and background</w:t>
      </w:r>
    </w:p>
    <w:p>
      <w:pPr>
        <w:jc w:val="both"/>
      </w:pPr>
      <w:r>
        <w:rPr>
          <w:b w:val="0"/>
        </w:rPr>
        <w:t>Operational Excellence starts with the basics: starting on time, working according to agreed standards, and finishing at the agreed time. To continuously improve our operational performance, these basic principles need to be clear, understood and consistently applied across all shifts.</w:t>
      </w:r>
    </w:p>
    <w:p>
      <w:pPr>
        <w:jc w:val="both"/>
      </w:pPr>
      <w:r>
        <w:rPr>
          <w:b w:val="0"/>
        </w:rPr>
        <w:t>As part of our continuous improvement journey, we are reviewing our start and stop process to identify opportunities to improve operational readiness, coordination and the effective use of available working time.</w:t>
      </w:r>
    </w:p>
    <w:p>
      <w:pPr>
        <w:jc w:val="both"/>
      </w:pPr>
      <w:r>
        <w:rPr>
          <w:b w:val="0"/>
        </w:rPr>
        <w:t>The objective is to create one clear and practical way of working that supports employees and supervisors in preparing, starting, handing over and completing operations effectively.</w:t>
      </w:r>
    </w:p>
    <w:p>
      <w:pPr>
        <w:jc w:val="both"/>
      </w:pPr>
      <w:r>
        <w:rPr>
          <w:b w:val="0"/>
        </w:rPr>
        <w:t>By creating clarity, improving our way of working and measuring our progress, we can learn together and continuously improve our operational performance.</w:t>
      </w:r>
    </w:p>
    <w:p>
      <w:pPr>
        <w:spacing w:before="280"/>
      </w:pPr>
      <w:r>
        <w:rPr>
          <w:b/>
          <w:color w:val="005781"/>
          <w:sz w:val="26"/>
        </w:rPr>
        <w:t>2. Shift times, breaks and preparation</w:t>
      </w:r>
    </w:p>
    <w:p>
      <w:pPr>
        <w:keepNext/>
        <w:spacing w:before="200"/>
      </w:pPr>
      <w:r>
        <w:rPr>
          <w:b/>
          <w:color w:val="005781"/>
          <w:sz w:val="22"/>
        </w:rPr>
        <w:t>2.1 Shift and break times</w:t>
      </w:r>
    </w:p>
    <w:tbl>
      <w:tblPr>
        <w:tblStyle w:val="LightGrid-Accent1"/>
        <w:tblW w:type="auto" w:w="0"/>
        <w:jc w:val="left"/>
        <w:tblLayout w:type="fixed"/>
        <w:tblLook w:firstColumn="1" w:firstRow="1" w:lastColumn="0" w:lastRow="0" w:noHBand="0" w:noVBand="1" w:val="04A0"/>
        <w:tblLayout w:type="fixed"/>
      </w:tblPr>
      <w:tblGrid>
        <w:gridCol w:w="1643"/>
        <w:gridCol w:w="1643"/>
        <w:gridCol w:w="1643"/>
        <w:gridCol w:w="1643"/>
        <w:gridCol w:w="1643"/>
        <w:gridCol w:w="1643"/>
      </w:tblGrid>
      <w:tr>
        <w:trPr>
          <w:tblHeader/>
          <w:cantSplit/>
        </w:trPr>
        <w:tc>
          <w:tcPr>
            <w:tcW w:type="dxa" w:w="1127"/>
          </w:tcPr>
          <w:p>
            <w:pPr>
              <w:keepNext/>
              <w:spacing w:after="0" w:before="0" w:line="240" w:lineRule="auto"/>
            </w:pPr>
            <w:r>
              <w:rPr>
                <w:b/>
                <w:sz w:val="18"/>
              </w:rPr>
            </w:r>
            <w:r>
              <w:rPr>
                <w:b/>
                <w:sz w:val="18"/>
              </w:rPr>
              <w:t>Status</w:t>
            </w:r>
          </w:p>
        </w:tc>
        <w:tc>
          <w:tcPr>
            <w:tcW w:type="dxa" w:w="1222"/>
          </w:tcPr>
          <w:p>
            <w:pPr>
              <w:keepNext/>
              <w:spacing w:after="0" w:before="0" w:line="240" w:lineRule="auto"/>
            </w:pPr>
            <w:r>
              <w:rPr>
                <w:b/>
                <w:sz w:val="18"/>
              </w:rPr>
            </w:r>
            <w:r>
              <w:rPr>
                <w:b/>
                <w:sz w:val="18"/>
              </w:rPr>
              <w:t>Shift</w:t>
            </w:r>
          </w:p>
        </w:tc>
        <w:tc>
          <w:tcPr>
            <w:tcW w:type="dxa" w:w="1175"/>
          </w:tcPr>
          <w:p>
            <w:pPr>
              <w:keepNext/>
              <w:spacing w:after="0" w:before="0" w:line="240" w:lineRule="auto"/>
            </w:pPr>
            <w:r>
              <w:rPr>
                <w:b/>
                <w:sz w:val="18"/>
              </w:rPr>
            </w:r>
            <w:r>
              <w:rPr>
                <w:b/>
                <w:sz w:val="18"/>
              </w:rPr>
              <w:t>Clock in</w:t>
            </w:r>
          </w:p>
        </w:tc>
        <w:tc>
          <w:tcPr>
            <w:tcW w:type="dxa" w:w="1603"/>
          </w:tcPr>
          <w:p>
            <w:pPr>
              <w:keepNext/>
              <w:spacing w:after="0" w:before="0" w:line="240" w:lineRule="auto"/>
            </w:pPr>
            <w:r>
              <w:rPr>
                <w:b/>
                <w:sz w:val="18"/>
              </w:rPr>
            </w:r>
            <w:r>
              <w:rPr>
                <w:b/>
                <w:sz w:val="18"/>
              </w:rPr>
              <w:t>Operational start</w:t>
            </w:r>
          </w:p>
        </w:tc>
        <w:tc>
          <w:tcPr>
            <w:tcW w:type="dxa" w:w="1556"/>
          </w:tcPr>
          <w:p>
            <w:pPr>
              <w:keepNext/>
              <w:spacing w:after="0" w:before="0" w:line="240" w:lineRule="auto"/>
            </w:pPr>
            <w:r>
              <w:rPr>
                <w:b/>
                <w:sz w:val="18"/>
              </w:rPr>
            </w:r>
            <w:r>
              <w:rPr>
                <w:b/>
                <w:sz w:val="18"/>
              </w:rPr>
              <w:t>Operational stop</w:t>
            </w:r>
          </w:p>
        </w:tc>
        <w:tc>
          <w:tcPr>
            <w:tcW w:type="dxa" w:w="2841"/>
          </w:tcPr>
          <w:p>
            <w:pPr>
              <w:keepNext/>
              <w:spacing w:after="0" w:before="0" w:line="240" w:lineRule="auto"/>
            </w:pPr>
            <w:r>
              <w:rPr>
                <w:b/>
                <w:sz w:val="18"/>
              </w:rPr>
            </w:r>
            <w:r>
              <w:rPr>
                <w:b/>
                <w:sz w:val="18"/>
              </w:rPr>
              <w:t>Change</w:t>
            </w:r>
          </w:p>
        </w:tc>
      </w:tr>
      <w:tr>
        <w:trPr>
          <w:cantSplit/>
        </w:trPr>
        <w:tc>
          <w:tcPr>
            <w:tcW w:type="dxa" w:w="1127"/>
          </w:tcPr>
          <w:p>
            <w:pPr>
              <w:keepNext/>
              <w:spacing w:after="0" w:before="0" w:line="240" w:lineRule="auto"/>
            </w:pPr>
            <w:r>
              <w:rPr>
                <w:sz w:val="18"/>
              </w:rPr>
            </w:r>
            <w:r>
              <w:rPr>
                <w:b w:val="0"/>
                <w:sz w:val="18"/>
              </w:rPr>
              <w:t>Current</w:t>
            </w:r>
          </w:p>
        </w:tc>
        <w:tc>
          <w:tcPr>
            <w:tcW w:type="dxa" w:w="1222"/>
          </w:tcPr>
          <w:p>
            <w:pPr>
              <w:keepNext/>
              <w:spacing w:after="0" w:before="0" w:line="240" w:lineRule="auto"/>
            </w:pPr>
            <w:r>
              <w:rPr>
                <w:sz w:val="18"/>
              </w:rPr>
            </w:r>
            <w:r>
              <w:rPr>
                <w:b w:val="0"/>
                <w:sz w:val="18"/>
              </w:rPr>
              <w:t>Morning</w:t>
            </w:r>
          </w:p>
        </w:tc>
        <w:tc>
          <w:tcPr>
            <w:tcW w:type="dxa" w:w="1175"/>
          </w:tcPr>
          <w:p>
            <w:pPr>
              <w:keepNext/>
              <w:spacing w:after="0" w:before="0" w:line="240" w:lineRule="auto"/>
            </w:pPr>
            <w:r>
              <w:rPr>
                <w:sz w:val="18"/>
              </w:rPr>
            </w:r>
            <w:r>
              <w:rPr>
                <w:b w:val="0"/>
                <w:sz w:val="18"/>
              </w:rPr>
              <w:t>07:00</w:t>
            </w:r>
          </w:p>
        </w:tc>
        <w:tc>
          <w:tcPr>
            <w:tcW w:type="dxa" w:w="1603"/>
          </w:tcPr>
          <w:p>
            <w:pPr>
              <w:keepNext/>
              <w:spacing w:after="0" w:before="0" w:line="240" w:lineRule="auto"/>
            </w:pPr>
            <w:r>
              <w:rPr>
                <w:sz w:val="18"/>
              </w:rPr>
            </w:r>
            <w:r>
              <w:rPr>
                <w:b w:val="0"/>
                <w:sz w:val="18"/>
              </w:rPr>
              <w:t>07:30</w:t>
            </w:r>
          </w:p>
        </w:tc>
        <w:tc>
          <w:tcPr>
            <w:tcW w:type="dxa" w:w="1556"/>
          </w:tcPr>
          <w:p>
            <w:pPr>
              <w:keepNext/>
              <w:spacing w:after="0" w:before="0" w:line="240" w:lineRule="auto"/>
            </w:pPr>
            <w:r>
              <w:rPr>
                <w:sz w:val="18"/>
              </w:rPr>
            </w:r>
            <w:r>
              <w:rPr>
                <w:b w:val="0"/>
                <w:sz w:val="18"/>
              </w:rPr>
              <w:t>15:30</w:t>
            </w:r>
          </w:p>
        </w:tc>
        <w:tc>
          <w:tcPr>
            <w:tcW w:type="dxa" w:w="2841"/>
          </w:tcPr>
          <w:p>
            <w:pPr>
              <w:keepNext/>
              <w:spacing w:after="0" w:before="0" w:line="240" w:lineRule="auto"/>
            </w:pPr>
            <w:r>
              <w:rPr>
                <w:sz w:val="18"/>
              </w:rPr>
            </w:r>
          </w:p>
        </w:tc>
      </w:tr>
      <w:tr>
        <w:trPr>
          <w:cantSplit/>
        </w:trPr>
        <w:tc>
          <w:tcPr>
            <w:tcW w:type="dxa" w:w="1127"/>
          </w:tcPr>
          <w:p>
            <w:pPr>
              <w:keepNext/>
              <w:spacing w:after="0" w:before="0" w:line="240" w:lineRule="auto"/>
            </w:pPr>
            <w:r>
              <w:rPr>
                <w:sz w:val="18"/>
              </w:rPr>
            </w:r>
            <w:r>
              <w:rPr>
                <w:b w:val="0"/>
                <w:sz w:val="18"/>
              </w:rPr>
              <w:t>New</w:t>
            </w:r>
          </w:p>
        </w:tc>
        <w:tc>
          <w:tcPr>
            <w:tcW w:type="dxa" w:w="1222"/>
          </w:tcPr>
          <w:p>
            <w:pPr>
              <w:keepNext/>
              <w:spacing w:after="0" w:before="0" w:line="240" w:lineRule="auto"/>
            </w:pPr>
            <w:r>
              <w:rPr>
                <w:sz w:val="18"/>
              </w:rPr>
            </w:r>
            <w:r>
              <w:rPr>
                <w:b w:val="0"/>
                <w:sz w:val="18"/>
              </w:rPr>
              <w:t>Morning</w:t>
            </w:r>
          </w:p>
        </w:tc>
        <w:tc>
          <w:tcPr>
            <w:tcW w:type="dxa" w:w="1175"/>
          </w:tcPr>
          <w:p>
            <w:pPr>
              <w:keepNext/>
              <w:spacing w:after="0" w:before="0" w:line="240" w:lineRule="auto"/>
            </w:pPr>
            <w:r>
              <w:rPr>
                <w:sz w:val="18"/>
              </w:rPr>
            </w:r>
            <w:r>
              <w:rPr>
                <w:b w:val="0"/>
                <w:sz w:val="18"/>
              </w:rPr>
              <w:t>07:00</w:t>
            </w:r>
          </w:p>
        </w:tc>
        <w:tc>
          <w:tcPr>
            <w:tcW w:type="dxa" w:w="1603"/>
          </w:tcPr>
          <w:p>
            <w:pPr>
              <w:keepNext/>
              <w:spacing w:after="0" w:before="0" w:line="240" w:lineRule="auto"/>
            </w:pPr>
            <w:r>
              <w:rPr>
                <w:sz w:val="18"/>
              </w:rPr>
            </w:r>
            <w:r>
              <w:rPr>
                <w:b w:val="0"/>
                <w:sz w:val="18"/>
              </w:rPr>
              <w:t>07:30</w:t>
            </w:r>
          </w:p>
        </w:tc>
        <w:tc>
          <w:tcPr>
            <w:tcW w:type="dxa" w:w="1556"/>
          </w:tcPr>
          <w:p>
            <w:pPr>
              <w:keepNext/>
              <w:spacing w:after="0" w:before="0" w:line="240" w:lineRule="auto"/>
            </w:pPr>
            <w:r>
              <w:rPr>
                <w:sz w:val="18"/>
              </w:rPr>
            </w:r>
            <w:r>
              <w:rPr>
                <w:b w:val="0"/>
                <w:sz w:val="18"/>
              </w:rPr>
              <w:t>15:30</w:t>
            </w:r>
          </w:p>
        </w:tc>
        <w:tc>
          <w:tcPr>
            <w:tcW w:type="dxa" w:w="2841"/>
          </w:tcPr>
          <w:p>
            <w:pPr>
              <w:keepNext/>
              <w:spacing w:after="0" w:before="0" w:line="240" w:lineRule="auto"/>
            </w:pPr>
            <w:r>
              <w:rPr>
                <w:sz w:val="18"/>
              </w:rPr>
            </w:r>
            <w:r>
              <w:rPr>
                <w:b w:val="0"/>
                <w:sz w:val="18"/>
              </w:rPr>
              <w:t>No change</w:t>
            </w:r>
          </w:p>
        </w:tc>
      </w:tr>
      <w:tr>
        <w:trPr>
          <w:cantSplit/>
        </w:trPr>
        <w:tc>
          <w:tcPr>
            <w:tcW w:type="dxa" w:w="1127"/>
          </w:tcPr>
          <w:p>
            <w:pPr>
              <w:keepNext/>
              <w:spacing w:after="0" w:before="0" w:line="240" w:lineRule="auto"/>
            </w:pPr>
            <w:r>
              <w:rPr>
                <w:sz w:val="18"/>
              </w:rPr>
            </w:r>
            <w:r>
              <w:rPr>
                <w:b w:val="0"/>
                <w:sz w:val="18"/>
              </w:rPr>
              <w:t>Current</w:t>
            </w:r>
          </w:p>
        </w:tc>
        <w:tc>
          <w:tcPr>
            <w:tcW w:type="dxa" w:w="1222"/>
          </w:tcPr>
          <w:p>
            <w:pPr>
              <w:keepNext/>
              <w:spacing w:after="0" w:before="0" w:line="240" w:lineRule="auto"/>
            </w:pPr>
            <w:r>
              <w:rPr>
                <w:sz w:val="18"/>
              </w:rPr>
            </w:r>
            <w:r>
              <w:rPr>
                <w:b w:val="0"/>
                <w:sz w:val="18"/>
              </w:rPr>
              <w:t>Afternoon</w:t>
            </w:r>
          </w:p>
        </w:tc>
        <w:tc>
          <w:tcPr>
            <w:tcW w:type="dxa" w:w="1175"/>
          </w:tcPr>
          <w:p>
            <w:pPr>
              <w:keepNext/>
              <w:spacing w:after="0" w:before="0" w:line="240" w:lineRule="auto"/>
            </w:pPr>
            <w:r>
              <w:rPr>
                <w:sz w:val="18"/>
              </w:rPr>
            </w:r>
            <w:r>
              <w:rPr>
                <w:b w:val="0"/>
                <w:sz w:val="18"/>
              </w:rPr>
              <w:t>15:00</w:t>
            </w:r>
          </w:p>
        </w:tc>
        <w:tc>
          <w:tcPr>
            <w:tcW w:type="dxa" w:w="1603"/>
          </w:tcPr>
          <w:p>
            <w:pPr>
              <w:keepNext/>
              <w:spacing w:after="0" w:before="0" w:line="240" w:lineRule="auto"/>
            </w:pPr>
            <w:r>
              <w:rPr>
                <w:sz w:val="18"/>
              </w:rPr>
            </w:r>
            <w:r>
              <w:rPr>
                <w:b w:val="0"/>
                <w:sz w:val="18"/>
              </w:rPr>
              <w:t>15:30</w:t>
            </w:r>
          </w:p>
        </w:tc>
        <w:tc>
          <w:tcPr>
            <w:tcW w:type="dxa" w:w="1556"/>
          </w:tcPr>
          <w:p>
            <w:pPr>
              <w:keepNext/>
              <w:spacing w:after="0" w:before="0" w:line="240" w:lineRule="auto"/>
            </w:pPr>
            <w:r>
              <w:rPr>
                <w:sz w:val="18"/>
              </w:rPr>
            </w:r>
            <w:r>
              <w:rPr>
                <w:b w:val="0"/>
                <w:sz w:val="18"/>
              </w:rPr>
              <w:t>23:30</w:t>
            </w:r>
          </w:p>
        </w:tc>
        <w:tc>
          <w:tcPr>
            <w:tcW w:type="dxa" w:w="2841"/>
          </w:tcPr>
          <w:p>
            <w:pPr>
              <w:keepNext/>
              <w:spacing w:after="0" w:before="0" w:line="240" w:lineRule="auto"/>
            </w:pPr>
            <w:r>
              <w:rPr>
                <w:sz w:val="18"/>
              </w:rPr>
            </w:r>
          </w:p>
        </w:tc>
      </w:tr>
      <w:tr>
        <w:trPr>
          <w:cantSplit/>
        </w:trPr>
        <w:tc>
          <w:tcPr>
            <w:tcW w:type="dxa" w:w="1127"/>
          </w:tcPr>
          <w:p>
            <w:pPr>
              <w:keepNext/>
              <w:spacing w:after="0" w:before="0" w:line="240" w:lineRule="auto"/>
            </w:pPr>
            <w:r>
              <w:rPr>
                <w:sz w:val="18"/>
              </w:rPr>
            </w:r>
            <w:r>
              <w:rPr>
                <w:b w:val="0"/>
                <w:sz w:val="18"/>
              </w:rPr>
              <w:t>New</w:t>
            </w:r>
          </w:p>
        </w:tc>
        <w:tc>
          <w:tcPr>
            <w:tcW w:type="dxa" w:w="1222"/>
          </w:tcPr>
          <w:p>
            <w:pPr>
              <w:keepNext/>
              <w:spacing w:after="0" w:before="0" w:line="240" w:lineRule="auto"/>
            </w:pPr>
            <w:r>
              <w:rPr>
                <w:sz w:val="18"/>
              </w:rPr>
            </w:r>
            <w:r>
              <w:rPr>
                <w:b w:val="0"/>
                <w:sz w:val="18"/>
              </w:rPr>
              <w:t>Afternoon</w:t>
            </w:r>
          </w:p>
        </w:tc>
        <w:tc>
          <w:tcPr>
            <w:tcW w:type="dxa" w:w="1175"/>
          </w:tcPr>
          <w:p>
            <w:pPr>
              <w:keepNext/>
              <w:spacing w:after="0" w:before="0" w:line="240" w:lineRule="auto"/>
            </w:pPr>
            <w:r>
              <w:rPr>
                <w:sz w:val="18"/>
              </w:rPr>
            </w:r>
            <w:r>
              <w:rPr>
                <w:b w:val="0"/>
                <w:sz w:val="18"/>
              </w:rPr>
              <w:t>15:00</w:t>
            </w:r>
          </w:p>
        </w:tc>
        <w:tc>
          <w:tcPr>
            <w:tcW w:type="dxa" w:w="1603"/>
          </w:tcPr>
          <w:p>
            <w:pPr>
              <w:keepNext/>
              <w:spacing w:after="0" w:before="0" w:line="240" w:lineRule="auto"/>
            </w:pPr>
            <w:r>
              <w:rPr>
                <w:sz w:val="18"/>
              </w:rPr>
            </w:r>
            <w:r>
              <w:rPr>
                <w:b/>
                <w:sz w:val="18"/>
              </w:rPr>
              <w:t>15:45</w:t>
            </w:r>
          </w:p>
        </w:tc>
        <w:tc>
          <w:tcPr>
            <w:tcW w:type="dxa" w:w="1556"/>
          </w:tcPr>
          <w:p>
            <w:pPr>
              <w:keepNext/>
              <w:spacing w:after="0" w:before="0" w:line="240" w:lineRule="auto"/>
            </w:pPr>
            <w:r>
              <w:rPr>
                <w:sz w:val="18"/>
              </w:rPr>
            </w:r>
            <w:r>
              <w:rPr>
                <w:b w:val="0"/>
                <w:sz w:val="18"/>
              </w:rPr>
              <w:t>23:30</w:t>
            </w:r>
          </w:p>
        </w:tc>
        <w:tc>
          <w:tcPr>
            <w:tcW w:type="dxa" w:w="2841"/>
          </w:tcPr>
          <w:p>
            <w:pPr>
              <w:keepNext/>
              <w:spacing w:after="0" w:before="0" w:line="240" w:lineRule="auto"/>
            </w:pPr>
            <w:r>
              <w:rPr>
                <w:sz w:val="18"/>
              </w:rPr>
            </w:r>
            <w:r>
              <w:rPr>
                <w:b w:val="0"/>
                <w:sz w:val="18"/>
              </w:rPr>
              <w:t>Operational start moves from 15:30 to 15:45</w:t>
            </w:r>
          </w:p>
        </w:tc>
      </w:tr>
      <w:tr>
        <w:trPr>
          <w:cantSplit/>
        </w:trPr>
        <w:tc>
          <w:tcPr>
            <w:tcW w:type="dxa" w:w="1127"/>
          </w:tcPr>
          <w:p>
            <w:pPr>
              <w:keepNext/>
              <w:spacing w:after="0" w:before="0" w:line="240" w:lineRule="auto"/>
            </w:pPr>
            <w:r>
              <w:rPr>
                <w:sz w:val="18"/>
              </w:rPr>
            </w:r>
            <w:r>
              <w:rPr>
                <w:b w:val="0"/>
                <w:sz w:val="18"/>
              </w:rPr>
              <w:t>Current</w:t>
            </w:r>
          </w:p>
        </w:tc>
        <w:tc>
          <w:tcPr>
            <w:tcW w:type="dxa" w:w="1222"/>
          </w:tcPr>
          <w:p>
            <w:pPr>
              <w:keepNext/>
              <w:spacing w:after="0" w:before="0" w:line="240" w:lineRule="auto"/>
            </w:pPr>
            <w:r>
              <w:rPr>
                <w:sz w:val="18"/>
              </w:rPr>
            </w:r>
            <w:r>
              <w:rPr>
                <w:b w:val="0"/>
                <w:sz w:val="18"/>
              </w:rPr>
              <w:t>Night</w:t>
            </w:r>
          </w:p>
        </w:tc>
        <w:tc>
          <w:tcPr>
            <w:tcW w:type="dxa" w:w="1175"/>
          </w:tcPr>
          <w:p>
            <w:pPr>
              <w:keepNext/>
              <w:spacing w:after="0" w:before="0" w:line="240" w:lineRule="auto"/>
            </w:pPr>
            <w:r>
              <w:rPr>
                <w:sz w:val="18"/>
              </w:rPr>
            </w:r>
            <w:r>
              <w:rPr>
                <w:b w:val="0"/>
                <w:sz w:val="18"/>
              </w:rPr>
              <w:t>23:00</w:t>
            </w:r>
          </w:p>
        </w:tc>
        <w:tc>
          <w:tcPr>
            <w:tcW w:type="dxa" w:w="1603"/>
          </w:tcPr>
          <w:p>
            <w:pPr>
              <w:keepNext/>
              <w:spacing w:after="0" w:before="0" w:line="240" w:lineRule="auto"/>
            </w:pPr>
            <w:r>
              <w:rPr>
                <w:sz w:val="18"/>
              </w:rPr>
            </w:r>
            <w:r>
              <w:rPr>
                <w:b w:val="0"/>
                <w:sz w:val="18"/>
              </w:rPr>
              <w:t>23:30</w:t>
            </w:r>
          </w:p>
        </w:tc>
        <w:tc>
          <w:tcPr>
            <w:tcW w:type="dxa" w:w="1556"/>
          </w:tcPr>
          <w:p>
            <w:pPr>
              <w:keepNext/>
              <w:spacing w:after="0" w:before="0" w:line="240" w:lineRule="auto"/>
            </w:pPr>
            <w:r>
              <w:rPr>
                <w:sz w:val="18"/>
              </w:rPr>
            </w:r>
            <w:r>
              <w:rPr>
                <w:b w:val="0"/>
                <w:sz w:val="18"/>
              </w:rPr>
              <w:t>07:30</w:t>
            </w:r>
          </w:p>
        </w:tc>
        <w:tc>
          <w:tcPr>
            <w:tcW w:type="dxa" w:w="2841"/>
          </w:tcPr>
          <w:p>
            <w:pPr>
              <w:keepNext/>
              <w:spacing w:after="0" w:before="0" w:line="240" w:lineRule="auto"/>
            </w:pPr>
            <w:r>
              <w:rPr>
                <w:sz w:val="18"/>
              </w:rPr>
            </w:r>
          </w:p>
        </w:tc>
      </w:tr>
      <w:tr>
        <w:trPr>
          <w:cantSplit/>
        </w:trPr>
        <w:tc>
          <w:tcPr>
            <w:tcW w:type="dxa" w:w="1127"/>
          </w:tcPr>
          <w:p>
            <w:pPr>
              <w:spacing w:after="0" w:before="0" w:line="240" w:lineRule="auto"/>
            </w:pPr>
            <w:r>
              <w:rPr>
                <w:sz w:val="18"/>
              </w:rPr>
            </w:r>
            <w:r>
              <w:rPr>
                <w:b w:val="0"/>
                <w:sz w:val="18"/>
              </w:rPr>
              <w:t>New</w:t>
            </w:r>
          </w:p>
        </w:tc>
        <w:tc>
          <w:tcPr>
            <w:tcW w:type="dxa" w:w="1222"/>
          </w:tcPr>
          <w:p>
            <w:pPr>
              <w:spacing w:after="0" w:before="0" w:line="240" w:lineRule="auto"/>
            </w:pPr>
            <w:r>
              <w:rPr>
                <w:sz w:val="18"/>
              </w:rPr>
            </w:r>
            <w:r>
              <w:rPr>
                <w:b w:val="0"/>
                <w:sz w:val="18"/>
              </w:rPr>
              <w:t>Night</w:t>
            </w:r>
          </w:p>
        </w:tc>
        <w:tc>
          <w:tcPr>
            <w:tcW w:type="dxa" w:w="1175"/>
          </w:tcPr>
          <w:p>
            <w:pPr>
              <w:spacing w:after="0" w:before="0" w:line="240" w:lineRule="auto"/>
            </w:pPr>
            <w:r>
              <w:rPr>
                <w:sz w:val="18"/>
              </w:rPr>
            </w:r>
            <w:r>
              <w:rPr>
                <w:b w:val="0"/>
                <w:sz w:val="18"/>
              </w:rPr>
              <w:t>23:00</w:t>
            </w:r>
          </w:p>
        </w:tc>
        <w:tc>
          <w:tcPr>
            <w:tcW w:type="dxa" w:w="1603"/>
          </w:tcPr>
          <w:p>
            <w:pPr>
              <w:spacing w:after="0" w:before="0" w:line="240" w:lineRule="auto"/>
            </w:pPr>
            <w:r>
              <w:rPr>
                <w:sz w:val="18"/>
              </w:rPr>
            </w:r>
            <w:r>
              <w:rPr>
                <w:b w:val="0"/>
                <w:sz w:val="18"/>
              </w:rPr>
              <w:t>23:30</w:t>
            </w:r>
          </w:p>
        </w:tc>
        <w:tc>
          <w:tcPr>
            <w:tcW w:type="dxa" w:w="1556"/>
          </w:tcPr>
          <w:p>
            <w:pPr>
              <w:spacing w:after="0" w:before="0" w:line="240" w:lineRule="auto"/>
            </w:pPr>
            <w:r>
              <w:rPr>
                <w:sz w:val="18"/>
              </w:rPr>
            </w:r>
            <w:r>
              <w:rPr>
                <w:b w:val="0"/>
                <w:sz w:val="18"/>
              </w:rPr>
              <w:t>07:30</w:t>
            </w:r>
          </w:p>
        </w:tc>
        <w:tc>
          <w:tcPr>
            <w:tcW w:type="dxa" w:w="2841"/>
          </w:tcPr>
          <w:p>
            <w:pPr>
              <w:spacing w:after="0" w:before="0" w:line="240" w:lineRule="auto"/>
            </w:pPr>
            <w:r>
              <w:rPr>
                <w:sz w:val="18"/>
              </w:rPr>
            </w:r>
            <w:r>
              <w:rPr>
                <w:b w:val="0"/>
                <w:sz w:val="18"/>
              </w:rPr>
              <w:t>No change</w:t>
            </w:r>
          </w:p>
        </w:tc>
      </w:tr>
    </w:tbl>
    <w:p/>
    <w:p>
      <w:pPr>
        <w:jc w:val="both"/>
      </w:pPr>
      <w:r>
        <w:rPr>
          <w:b/>
        </w:rPr>
        <w:t>The fifteen minutes from 15:30 to 15:45.</w:t>
      </w:r>
      <w:r>
        <w:rPr>
          <w:b w:val="0"/>
        </w:rPr>
        <w:t xml:space="preserve"> Fifteen minutes are planned. Employees working a twelve hour shift may use them as a short break where the operation allows — to use the restroom, get refreshments, or rest briefly before continuing. The period is also available to anyone who needs it to pray.</w:t>
      </w:r>
    </w:p>
    <w:p>
      <w:pPr>
        <w:jc w:val="both"/>
      </w:pPr>
      <w:r>
        <w:rPr>
          <w:b w:val="0"/>
        </w:rPr>
        <w:t>Fifteen minutes is the planned duration. It is stated so that supervisors and employees have the same expectation of how long the operation pauses, which is what the supervisors asked for. It is not tied to any particular prayer, because prayer times move through the year and a quarter of an hour fixed to one of them would be wrong for half the year.</w:t>
      </w:r>
    </w:p>
    <w:p>
      <w:pPr>
        <w:keepNext/>
        <w:jc w:val="both"/>
      </w:pPr>
      <w:r>
        <w:rPr>
          <w:b w:val="0"/>
        </w:rPr>
        <w:t>This short break does not change the standard break arrangements for the regular morning, afternoon and night shifts.</w:t>
      </w:r>
    </w:p>
    <w:tbl>
      <w:tblPr>
        <w:tblStyle w:val="LightGrid-Accent1"/>
        <w:tblW w:type="auto" w:w="0"/>
        <w:jc w:val="left"/>
        <w:tblLayout w:type="fixed"/>
        <w:tblLook w:firstColumn="1" w:firstRow="1" w:lastColumn="0" w:lastRow="0" w:noHBand="0" w:noVBand="1" w:val="04A0"/>
        <w:tblLayout w:type="fixed"/>
      </w:tblPr>
      <w:tblGrid>
        <w:gridCol w:w="1972"/>
        <w:gridCol w:w="1972"/>
        <w:gridCol w:w="1972"/>
        <w:gridCol w:w="1972"/>
        <w:gridCol w:w="1972"/>
      </w:tblGrid>
      <w:tr>
        <w:trPr>
          <w:tblHeader/>
          <w:cantSplit/>
        </w:trPr>
        <w:tc>
          <w:tcPr>
            <w:tcW w:type="dxa" w:w="1112"/>
          </w:tcPr>
          <w:p>
            <w:pPr>
              <w:keepNext/>
              <w:spacing w:after="0" w:before="0" w:line="240" w:lineRule="auto"/>
            </w:pPr>
            <w:r>
              <w:rPr>
                <w:b/>
                <w:sz w:val="18"/>
              </w:rPr>
            </w:r>
            <w:r>
              <w:rPr>
                <w:b/>
                <w:sz w:val="18"/>
              </w:rPr>
              <w:t>Status</w:t>
            </w:r>
          </w:p>
        </w:tc>
        <w:tc>
          <w:tcPr>
            <w:tcW w:type="dxa" w:w="1796"/>
          </w:tcPr>
          <w:p>
            <w:pPr>
              <w:keepNext/>
              <w:spacing w:after="0" w:before="0" w:line="240" w:lineRule="auto"/>
            </w:pPr>
            <w:r>
              <w:rPr>
                <w:b/>
                <w:sz w:val="18"/>
              </w:rPr>
            </w:r>
            <w:r>
              <w:rPr>
                <w:b/>
                <w:sz w:val="18"/>
              </w:rPr>
              <w:t>Shift</w:t>
            </w:r>
          </w:p>
        </w:tc>
        <w:tc>
          <w:tcPr>
            <w:tcW w:type="dxa" w:w="1386"/>
          </w:tcPr>
          <w:p>
            <w:pPr>
              <w:keepNext/>
              <w:spacing w:after="0" w:before="0" w:line="240" w:lineRule="auto"/>
            </w:pPr>
            <w:r>
              <w:rPr>
                <w:b/>
                <w:sz w:val="18"/>
              </w:rPr>
            </w:r>
            <w:r>
              <w:rPr>
                <w:b/>
                <w:sz w:val="18"/>
              </w:rPr>
              <w:t>Hours</w:t>
            </w:r>
          </w:p>
        </w:tc>
        <w:tc>
          <w:tcPr>
            <w:tcW w:type="dxa" w:w="2297"/>
          </w:tcPr>
          <w:p>
            <w:pPr>
              <w:keepNext/>
              <w:spacing w:after="0" w:before="0" w:line="240" w:lineRule="auto"/>
            </w:pPr>
            <w:r>
              <w:rPr>
                <w:b/>
                <w:sz w:val="18"/>
              </w:rPr>
            </w:r>
            <w:r>
              <w:rPr>
                <w:b/>
                <w:sz w:val="18"/>
              </w:rPr>
              <w:t>Break</w:t>
            </w:r>
          </w:p>
        </w:tc>
        <w:tc>
          <w:tcPr>
            <w:tcW w:type="dxa" w:w="2934"/>
          </w:tcPr>
          <w:p>
            <w:pPr>
              <w:keepNext/>
              <w:spacing w:after="0" w:before="0" w:line="240" w:lineRule="auto"/>
            </w:pPr>
            <w:r>
              <w:rPr>
                <w:b/>
                <w:sz w:val="18"/>
              </w:rPr>
            </w:r>
            <w:r>
              <w:rPr>
                <w:b/>
                <w:sz w:val="18"/>
              </w:rPr>
              <w:t>Change</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Day</w:t>
            </w:r>
          </w:p>
        </w:tc>
        <w:tc>
          <w:tcPr>
            <w:tcW w:type="dxa" w:w="1386"/>
          </w:tcPr>
          <w:p>
            <w:pPr>
              <w:keepNext/>
              <w:spacing w:after="0" w:before="0" w:line="240" w:lineRule="auto"/>
            </w:pPr>
            <w:r>
              <w:rPr>
                <w:sz w:val="18"/>
              </w:rPr>
            </w:r>
            <w:r>
              <w:rPr>
                <w:b w:val="0"/>
                <w:sz w:val="18"/>
              </w:rPr>
              <w:t>07:00 – 15:30</w:t>
            </w:r>
          </w:p>
        </w:tc>
        <w:tc>
          <w:tcPr>
            <w:tcW w:type="dxa" w:w="2297"/>
          </w:tcPr>
          <w:p>
            <w:pPr>
              <w:keepNext/>
              <w:spacing w:after="0" w:before="0" w:line="240" w:lineRule="auto"/>
            </w:pPr>
            <w:r>
              <w:rPr>
                <w:sz w:val="18"/>
              </w:rPr>
            </w:r>
            <w:r>
              <w:rPr>
                <w:b w:val="0"/>
                <w:sz w:val="18"/>
              </w:rPr>
              <w:t>12:00 – 13:00</w:t>
            </w:r>
          </w:p>
        </w:tc>
        <w:tc>
          <w:tcPr>
            <w:tcW w:type="dxa" w:w="2934"/>
          </w:tcPr>
          <w:p>
            <w:pPr>
              <w:keepNext/>
              <w:spacing w:after="0" w:before="0" w:line="240" w:lineRule="auto"/>
            </w:pPr>
            <w:r>
              <w:rPr>
                <w:sz w:val="18"/>
              </w:rPr>
            </w:r>
          </w:p>
        </w:tc>
      </w:tr>
      <w:tr>
        <w:trPr>
          <w:cantSplit/>
        </w:trPr>
        <w:tc>
          <w:tcPr>
            <w:tcW w:type="dxa" w:w="1112"/>
          </w:tcPr>
          <w:p>
            <w:pPr>
              <w:keepNext/>
              <w:spacing w:after="0" w:before="0" w:line="240" w:lineRule="auto"/>
            </w:pPr>
            <w:r>
              <w:rPr>
                <w:sz w:val="18"/>
              </w:rPr>
            </w:r>
            <w:r>
              <w:rPr>
                <w:b w:val="0"/>
                <w:sz w:val="18"/>
              </w:rPr>
              <w:t>New</w:t>
            </w:r>
          </w:p>
        </w:tc>
        <w:tc>
          <w:tcPr>
            <w:tcW w:type="dxa" w:w="1796"/>
          </w:tcPr>
          <w:p>
            <w:pPr>
              <w:keepNext/>
              <w:spacing w:after="0" w:before="0" w:line="240" w:lineRule="auto"/>
            </w:pPr>
            <w:r>
              <w:rPr>
                <w:sz w:val="18"/>
              </w:rPr>
            </w:r>
            <w:r>
              <w:rPr>
                <w:b w:val="0"/>
                <w:sz w:val="18"/>
              </w:rPr>
              <w:t>Day</w:t>
            </w:r>
          </w:p>
        </w:tc>
        <w:tc>
          <w:tcPr>
            <w:tcW w:type="dxa" w:w="1386"/>
          </w:tcPr>
          <w:p>
            <w:pPr>
              <w:keepNext/>
              <w:spacing w:after="0" w:before="0" w:line="240" w:lineRule="auto"/>
            </w:pPr>
            <w:r>
              <w:rPr>
                <w:sz w:val="18"/>
              </w:rPr>
            </w:r>
            <w:r>
              <w:rPr>
                <w:b w:val="0"/>
                <w:sz w:val="18"/>
              </w:rPr>
              <w:t>07:00 – 15:30</w:t>
            </w:r>
          </w:p>
        </w:tc>
        <w:tc>
          <w:tcPr>
            <w:tcW w:type="dxa" w:w="2297"/>
          </w:tcPr>
          <w:p>
            <w:pPr>
              <w:keepNext/>
              <w:spacing w:after="0" w:before="0" w:line="240" w:lineRule="auto"/>
            </w:pPr>
            <w:r>
              <w:rPr>
                <w:sz w:val="18"/>
              </w:rPr>
            </w:r>
            <w:r>
              <w:rPr>
                <w:b w:val="0"/>
                <w:sz w:val="18"/>
              </w:rPr>
              <w:t>12:00 – 13:00</w:t>
            </w:r>
          </w:p>
        </w:tc>
        <w:tc>
          <w:tcPr>
            <w:tcW w:type="dxa" w:w="2934"/>
          </w:tcPr>
          <w:p>
            <w:pPr>
              <w:keepNext/>
              <w:spacing w:after="0" w:before="0" w:line="240" w:lineRule="auto"/>
            </w:pPr>
            <w:r>
              <w:rPr>
                <w:sz w:val="18"/>
              </w:rPr>
            </w:r>
            <w:r>
              <w:rPr>
                <w:b w:val="0"/>
                <w:sz w:val="18"/>
              </w:rPr>
              <w:t>No change</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Afternoon</w:t>
            </w:r>
          </w:p>
        </w:tc>
        <w:tc>
          <w:tcPr>
            <w:tcW w:type="dxa" w:w="1386"/>
          </w:tcPr>
          <w:p>
            <w:pPr>
              <w:keepNext/>
              <w:spacing w:after="0" w:before="0" w:line="240" w:lineRule="auto"/>
            </w:pPr>
            <w:r>
              <w:rPr>
                <w:sz w:val="18"/>
              </w:rPr>
            </w:r>
            <w:r>
              <w:rPr>
                <w:b w:val="0"/>
                <w:sz w:val="18"/>
              </w:rPr>
              <w:t>15:00 – 23:30</w:t>
            </w:r>
          </w:p>
        </w:tc>
        <w:tc>
          <w:tcPr>
            <w:tcW w:type="dxa" w:w="2297"/>
          </w:tcPr>
          <w:p>
            <w:pPr>
              <w:keepNext/>
              <w:spacing w:after="0" w:before="0" w:line="240" w:lineRule="auto"/>
            </w:pPr>
            <w:r>
              <w:rPr>
                <w:sz w:val="18"/>
              </w:rPr>
            </w:r>
            <w:r>
              <w:rPr>
                <w:b w:val="0"/>
                <w:sz w:val="18"/>
              </w:rPr>
              <w:t>19:00 – 20:00</w:t>
            </w:r>
          </w:p>
        </w:tc>
        <w:tc>
          <w:tcPr>
            <w:tcW w:type="dxa" w:w="2934"/>
          </w:tcPr>
          <w:p>
            <w:pPr>
              <w:keepNext/>
              <w:spacing w:after="0" w:before="0" w:line="240" w:lineRule="auto"/>
            </w:pPr>
            <w:r>
              <w:rPr>
                <w:sz w:val="18"/>
              </w:rPr>
            </w:r>
          </w:p>
        </w:tc>
      </w:tr>
      <w:tr>
        <w:trPr>
          <w:cantSplit/>
        </w:trPr>
        <w:tc>
          <w:tcPr>
            <w:tcW w:type="dxa" w:w="1112"/>
          </w:tcPr>
          <w:p>
            <w:pPr>
              <w:keepNext/>
              <w:spacing w:after="0" w:before="0" w:line="240" w:lineRule="auto"/>
            </w:pPr>
            <w:r>
              <w:rPr>
                <w:sz w:val="18"/>
              </w:rPr>
            </w:r>
            <w:r>
              <w:rPr>
                <w:b w:val="0"/>
                <w:sz w:val="18"/>
              </w:rPr>
              <w:t>New</w:t>
            </w:r>
          </w:p>
        </w:tc>
        <w:tc>
          <w:tcPr>
            <w:tcW w:type="dxa" w:w="1796"/>
          </w:tcPr>
          <w:p>
            <w:pPr>
              <w:keepNext/>
              <w:spacing w:after="0" w:before="0" w:line="240" w:lineRule="auto"/>
            </w:pPr>
            <w:r>
              <w:rPr>
                <w:sz w:val="18"/>
              </w:rPr>
            </w:r>
            <w:r>
              <w:rPr>
                <w:b w:val="0"/>
                <w:sz w:val="18"/>
              </w:rPr>
              <w:t>Afternoon</w:t>
            </w:r>
          </w:p>
        </w:tc>
        <w:tc>
          <w:tcPr>
            <w:tcW w:type="dxa" w:w="1386"/>
          </w:tcPr>
          <w:p>
            <w:pPr>
              <w:keepNext/>
              <w:spacing w:after="0" w:before="0" w:line="240" w:lineRule="auto"/>
            </w:pPr>
            <w:r>
              <w:rPr>
                <w:sz w:val="18"/>
              </w:rPr>
            </w:r>
            <w:r>
              <w:rPr>
                <w:b w:val="0"/>
                <w:sz w:val="18"/>
              </w:rPr>
              <w:t>15:00 – 23:30</w:t>
            </w:r>
          </w:p>
        </w:tc>
        <w:tc>
          <w:tcPr>
            <w:tcW w:type="dxa" w:w="2297"/>
          </w:tcPr>
          <w:p>
            <w:pPr>
              <w:keepNext/>
              <w:spacing w:after="0" w:before="0" w:line="240" w:lineRule="auto"/>
            </w:pPr>
            <w:r>
              <w:rPr>
                <w:sz w:val="18"/>
              </w:rPr>
            </w:r>
            <w:r>
              <w:rPr>
                <w:b w:val="0"/>
                <w:sz w:val="18"/>
              </w:rPr>
              <w:t>19:00 – 20:00</w:t>
            </w:r>
          </w:p>
        </w:tc>
        <w:tc>
          <w:tcPr>
            <w:tcW w:type="dxa" w:w="2934"/>
          </w:tcPr>
          <w:p>
            <w:pPr>
              <w:keepNext/>
              <w:spacing w:after="0" w:before="0" w:line="240" w:lineRule="auto"/>
            </w:pPr>
            <w:r>
              <w:rPr>
                <w:sz w:val="18"/>
              </w:rPr>
            </w:r>
            <w:r>
              <w:rPr>
                <w:b w:val="0"/>
                <w:sz w:val="18"/>
              </w:rPr>
              <w:t>No change</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Night</w:t>
            </w:r>
          </w:p>
        </w:tc>
        <w:tc>
          <w:tcPr>
            <w:tcW w:type="dxa" w:w="1386"/>
          </w:tcPr>
          <w:p>
            <w:pPr>
              <w:keepNext/>
              <w:spacing w:after="0" w:before="0" w:line="240" w:lineRule="auto"/>
            </w:pPr>
            <w:r>
              <w:rPr>
                <w:sz w:val="18"/>
              </w:rPr>
            </w:r>
            <w:r>
              <w:rPr>
                <w:b w:val="0"/>
                <w:sz w:val="18"/>
              </w:rPr>
              <w:t>23:00 – 07:30</w:t>
            </w:r>
          </w:p>
        </w:tc>
        <w:tc>
          <w:tcPr>
            <w:tcW w:type="dxa" w:w="2297"/>
          </w:tcPr>
          <w:p>
            <w:pPr>
              <w:keepNext/>
              <w:spacing w:after="0" w:before="0" w:line="240" w:lineRule="auto"/>
            </w:pPr>
            <w:r>
              <w:rPr>
                <w:sz w:val="18"/>
              </w:rPr>
            </w:r>
            <w:r>
              <w:rPr>
                <w:b w:val="0"/>
                <w:sz w:val="18"/>
              </w:rPr>
              <w:t>05:00 – 06:00</w:t>
            </w:r>
          </w:p>
        </w:tc>
        <w:tc>
          <w:tcPr>
            <w:tcW w:type="dxa" w:w="2934"/>
          </w:tcPr>
          <w:p>
            <w:pPr>
              <w:keepNext/>
              <w:spacing w:after="0" w:before="0" w:line="240" w:lineRule="auto"/>
            </w:pPr>
            <w:r>
              <w:rPr>
                <w:sz w:val="18"/>
              </w:rPr>
            </w:r>
          </w:p>
        </w:tc>
      </w:tr>
      <w:tr>
        <w:trPr>
          <w:cantSplit/>
        </w:trPr>
        <w:tc>
          <w:tcPr>
            <w:tcW w:type="dxa" w:w="1112"/>
          </w:tcPr>
          <w:p>
            <w:pPr>
              <w:keepNext/>
              <w:spacing w:after="0" w:before="0" w:line="240" w:lineRule="auto"/>
            </w:pPr>
            <w:r>
              <w:rPr>
                <w:sz w:val="18"/>
              </w:rPr>
            </w:r>
            <w:r>
              <w:rPr>
                <w:b w:val="0"/>
                <w:sz w:val="18"/>
              </w:rPr>
              <w:t>New</w:t>
            </w:r>
          </w:p>
        </w:tc>
        <w:tc>
          <w:tcPr>
            <w:tcW w:type="dxa" w:w="1796"/>
          </w:tcPr>
          <w:p>
            <w:pPr>
              <w:keepNext/>
              <w:spacing w:after="0" w:before="0" w:line="240" w:lineRule="auto"/>
            </w:pPr>
            <w:r>
              <w:rPr>
                <w:sz w:val="18"/>
              </w:rPr>
            </w:r>
            <w:r>
              <w:rPr>
                <w:b w:val="0"/>
                <w:sz w:val="18"/>
              </w:rPr>
              <w:t>Night</w:t>
            </w:r>
          </w:p>
        </w:tc>
        <w:tc>
          <w:tcPr>
            <w:tcW w:type="dxa" w:w="1386"/>
          </w:tcPr>
          <w:p>
            <w:pPr>
              <w:keepNext/>
              <w:spacing w:after="0" w:before="0" w:line="240" w:lineRule="auto"/>
            </w:pPr>
            <w:r>
              <w:rPr>
                <w:sz w:val="18"/>
              </w:rPr>
            </w:r>
            <w:r>
              <w:rPr>
                <w:b w:val="0"/>
                <w:sz w:val="18"/>
              </w:rPr>
              <w:t>23:00 – 07:30</w:t>
            </w:r>
          </w:p>
        </w:tc>
        <w:tc>
          <w:tcPr>
            <w:tcW w:type="dxa" w:w="2297"/>
          </w:tcPr>
          <w:p>
            <w:pPr>
              <w:keepNext/>
              <w:spacing w:after="0" w:before="0" w:line="240" w:lineRule="auto"/>
            </w:pPr>
            <w:r>
              <w:rPr>
                <w:sz w:val="18"/>
              </w:rPr>
            </w:r>
            <w:r>
              <w:rPr>
                <w:b/>
                <w:sz w:val="18"/>
              </w:rPr>
              <w:t>02:00 – 03:00</w:t>
            </w:r>
          </w:p>
        </w:tc>
        <w:tc>
          <w:tcPr>
            <w:tcW w:type="dxa" w:w="2934"/>
          </w:tcPr>
          <w:p>
            <w:pPr>
              <w:keepNext/>
              <w:spacing w:after="0" w:before="0" w:line="240" w:lineRule="auto"/>
            </w:pPr>
            <w:r>
              <w:rPr>
                <w:sz w:val="18"/>
              </w:rPr>
            </w:r>
            <w:r>
              <w:rPr>
                <w:b w:val="0"/>
                <w:sz w:val="18"/>
              </w:rPr>
              <w:t>Break moves from 05:00 – 06:00 to 02:00 – 03:00</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Third party, 12h night</w:t>
            </w:r>
          </w:p>
        </w:tc>
        <w:tc>
          <w:tcPr>
            <w:tcW w:type="dxa" w:w="1386"/>
          </w:tcPr>
          <w:p>
            <w:pPr>
              <w:keepNext/>
              <w:spacing w:after="0" w:before="0" w:line="240" w:lineRule="auto"/>
            </w:pPr>
            <w:r>
              <w:rPr>
                <w:sz w:val="18"/>
              </w:rPr>
            </w:r>
            <w:r>
              <w:rPr>
                <w:b w:val="0"/>
                <w:sz w:val="18"/>
              </w:rPr>
              <w:t>19:00 – 07:00</w:t>
            </w:r>
          </w:p>
        </w:tc>
        <w:tc>
          <w:tcPr>
            <w:tcW w:type="dxa" w:w="2297"/>
          </w:tcPr>
          <w:p>
            <w:pPr>
              <w:keepNext/>
              <w:spacing w:after="0" w:before="0" w:line="240" w:lineRule="auto"/>
            </w:pPr>
            <w:r>
              <w:rPr>
                <w:sz w:val="18"/>
              </w:rPr>
            </w:r>
            <w:r>
              <w:rPr>
                <w:b w:val="0"/>
                <w:sz w:val="18"/>
              </w:rPr>
              <w:t>19:00 – 20:00 / 05:00 – 06:00</w:t>
            </w:r>
          </w:p>
        </w:tc>
        <w:tc>
          <w:tcPr>
            <w:tcW w:type="dxa" w:w="2934"/>
          </w:tcPr>
          <w:p>
            <w:pPr>
              <w:keepNext/>
              <w:spacing w:after="0" w:before="0" w:line="240" w:lineRule="auto"/>
            </w:pPr>
            <w:r>
              <w:rPr>
                <w:sz w:val="18"/>
              </w:rPr>
            </w:r>
          </w:p>
        </w:tc>
      </w:tr>
      <w:tr>
        <w:trPr>
          <w:cantSplit/>
        </w:trPr>
        <w:tc>
          <w:tcPr>
            <w:tcW w:type="dxa" w:w="1112"/>
          </w:tcPr>
          <w:p>
            <w:pPr>
              <w:spacing w:after="0" w:before="0" w:line="240" w:lineRule="auto"/>
            </w:pPr>
            <w:r>
              <w:rPr>
                <w:sz w:val="18"/>
              </w:rPr>
            </w:r>
            <w:r>
              <w:rPr>
                <w:b w:val="0"/>
                <w:sz w:val="18"/>
              </w:rPr>
              <w:t>New</w:t>
            </w:r>
          </w:p>
        </w:tc>
        <w:tc>
          <w:tcPr>
            <w:tcW w:type="dxa" w:w="1796"/>
          </w:tcPr>
          <w:p>
            <w:pPr>
              <w:spacing w:after="0" w:before="0" w:line="240" w:lineRule="auto"/>
            </w:pPr>
            <w:r>
              <w:rPr>
                <w:sz w:val="18"/>
              </w:rPr>
            </w:r>
            <w:r>
              <w:rPr>
                <w:b w:val="0"/>
                <w:sz w:val="18"/>
              </w:rPr>
              <w:t>Third party, 12h night</w:t>
            </w:r>
          </w:p>
        </w:tc>
        <w:tc>
          <w:tcPr>
            <w:tcW w:type="dxa" w:w="1386"/>
          </w:tcPr>
          <w:p>
            <w:pPr>
              <w:spacing w:after="0" w:before="0" w:line="240" w:lineRule="auto"/>
            </w:pPr>
            <w:r>
              <w:rPr>
                <w:sz w:val="18"/>
              </w:rPr>
            </w:r>
            <w:r>
              <w:rPr>
                <w:b w:val="0"/>
                <w:sz w:val="18"/>
              </w:rPr>
              <w:t>19:00 – 07:00</w:t>
            </w:r>
          </w:p>
        </w:tc>
        <w:tc>
          <w:tcPr>
            <w:tcW w:type="dxa" w:w="2297"/>
          </w:tcPr>
          <w:p>
            <w:pPr>
              <w:spacing w:after="0" w:before="0" w:line="240" w:lineRule="auto"/>
            </w:pPr>
            <w:r>
              <w:rPr>
                <w:sz w:val="18"/>
              </w:rPr>
            </w:r>
            <w:r>
              <w:rPr>
                <w:b w:val="0"/>
                <w:sz w:val="18"/>
              </w:rPr>
              <w:t xml:space="preserve">19:00 – 20:00 / </w:t>
            </w:r>
            <w:r>
              <w:rPr>
                <w:b/>
                <w:sz w:val="18"/>
              </w:rPr>
              <w:t>02:00 – 03:00</w:t>
            </w:r>
          </w:p>
        </w:tc>
        <w:tc>
          <w:tcPr>
            <w:tcW w:type="dxa" w:w="2934"/>
          </w:tcPr>
          <w:p>
            <w:pPr>
              <w:spacing w:after="0" w:before="0" w:line="240" w:lineRule="auto"/>
            </w:pPr>
            <w:r>
              <w:rPr>
                <w:sz w:val="18"/>
              </w:rPr>
            </w:r>
            <w:r>
              <w:rPr>
                <w:b w:val="0"/>
                <w:sz w:val="18"/>
              </w:rPr>
              <w:t>Second break moves to 02:00 – 03:00</w:t>
            </w:r>
          </w:p>
        </w:tc>
      </w:tr>
    </w:tbl>
    <w:p/>
    <w:p>
      <w:pPr>
        <w:jc w:val="both"/>
      </w:pPr>
      <w:r>
        <w:rPr>
          <w:b/>
        </w:rPr>
        <w:t>Why the night break moves.</w:t>
      </w:r>
      <w:r>
        <w:rPr>
          <w:b w:val="0"/>
        </w:rPr>
        <w:t xml:space="preserve"> With the break at 05:00 to 06:00 the gang leaves at around ten past five, returns around ten past six, and goes out again at a quarter past seven. From five o'clock until the end of the shift at half past seven, almost no work is produced. Moving the break to 02:00 – 03:00 recovers roughly two and a half hours of the night shift without adding a single person or asking anyone to work longer. The old slot also coincided with the morning prayer, which is why it stretched the way it did.</w:t>
      </w:r>
    </w:p>
    <w:p>
      <w:pPr>
        <w:spacing w:before="200"/>
      </w:pPr>
      <w:r>
        <w:rPr>
          <w:b/>
          <w:color w:val="005781"/>
          <w:sz w:val="22"/>
        </w:rPr>
        <w:t>2.2 Prayer times</w:t>
      </w:r>
    </w:p>
    <w:p>
      <w:pPr>
        <w:jc w:val="both"/>
      </w:pPr>
      <w:r>
        <w:rPr>
          <w:b w:val="0"/>
        </w:rPr>
        <w:t>Prayer is fully respected and is not subject to discussion. Prayer is coordinated within the applicable prayer window so that employees have sufficient opportunity to pray while operations remain safely and practically organised.</w:t>
      </w:r>
    </w:p>
    <w:p>
      <w:pPr>
        <w:jc w:val="both"/>
      </w:pPr>
      <w:r>
        <w:rPr>
          <w:b w:val="0"/>
        </w:rPr>
        <w:t>Supervisors coordinate who can leave the operation and when, so that the gang does not stop unnecessarily. Where prayer falls close to a scheduled break, the timing is coordinated with that break. During the night shift, prayer around 05:00 is taken in turns at the workplace so the gang keeps working.</w:t>
      </w:r>
    </w:p>
    <w:p>
      <w:pPr>
        <w:spacing w:before="200"/>
      </w:pPr>
      <w:r>
        <w:rPr>
          <w:b/>
          <w:color w:val="005781"/>
          <w:sz w:val="22"/>
        </w:rPr>
        <w:t>2.3 Transport</w:t>
      </w:r>
    </w:p>
    <w:p>
      <w:pPr>
        <w:jc w:val="both"/>
      </w:pPr>
      <w:r>
        <w:rPr>
          <w:b w:val="0"/>
        </w:rPr>
        <w:t>Transport of employees to and from the workplace is part of the start and stop process. The Transport Department is involved where current bus timings do not align with the required shift and start times. All transport arrangements under this procedure are made with the Transport Department.</w:t>
      </w:r>
    </w:p>
    <w:p>
      <w:pPr>
        <w:jc w:val="both"/>
      </w:pPr>
      <w:r>
        <w:rPr>
          <w:b/>
        </w:rPr>
        <w:t>SV2 and SV3 arrive earlier.</w:t>
      </w:r>
      <w:r>
        <w:rPr>
          <w:b w:val="0"/>
        </w:rPr>
        <w:t xml:space="preserve"> SV2 and SV3 must be present at the terminal by 06:30 for the morning shift, 14:30 for the afternoon shift and 22:30 for the night shift, so that they can support preparation and be ready in the canteen at clock in. Their transport therefore needs to pick them up earlier than the general bus. This applies to approximately five to six employees per shift. A standard bus is sufficient; no larger vehicle is required.</w:t>
      </w:r>
    </w:p>
    <w:p>
      <w:pPr>
        <w:jc w:val="both"/>
      </w:pPr>
      <w:r>
        <w:rPr>
          <w:b w:val="0"/>
        </w:rPr>
        <w:t>Transport and HR must confirm the practical arrangement, including official working hours and any overtime implications, before implementation. The employees concerned must also be informed of their new pick-up time directly — a changed bus schedule that nobody told them about leaves them waiting for a bus that has already gone.</w:t>
      </w:r>
    </w:p>
    <w:p>
      <w:pPr>
        <w:jc w:val="both"/>
      </w:pPr>
      <w:r>
        <w:rPr>
          <w:b/>
        </w:rPr>
        <w:t>Transport to the distant berths.</w:t>
      </w:r>
      <w:r>
        <w:rPr>
          <w:b w:val="0"/>
        </w:rPr>
        <w:t xml:space="preserve"> Some berths are too far from the canteen to walk to and still be at the workplace at the operational start. Where the gang is assigned to </w:t>
      </w:r>
      <w:r>
        <w:rPr>
          <w:b/>
        </w:rPr>
        <w:t>B7, B9, B25 or the yard</w:t>
      </w:r>
      <w:r>
        <w:rPr>
          <w:b w:val="0"/>
        </w:rPr>
        <w:t>, transport takes them there. Buses leave once the canteen is cleared, at 07:15, 15:15 and 23:15, so the gang is at the workplace before the operational start.</w:t>
      </w:r>
    </w:p>
    <w:p>
      <w:pPr>
        <w:spacing w:before="200"/>
      </w:pPr>
      <w:r>
        <w:rPr>
          <w:b/>
          <w:color w:val="005781"/>
          <w:sz w:val="22"/>
        </w:rPr>
        <w:t>2.4 Access to the workplace</w:t>
      </w:r>
    </w:p>
    <w:p>
      <w:pPr>
        <w:jc w:val="both"/>
      </w:pPr>
      <w:r>
        <w:rPr>
          <w:b w:val="0"/>
        </w:rPr>
        <w:t>The means of access to the vessel affects how quickly the gang can reach the workplace and is therefore an important part of the start and stop process.</w:t>
      </w:r>
    </w:p>
    <w:p>
      <w:pPr>
        <w:jc w:val="both"/>
      </w:pPr>
      <w:r>
        <w:rPr>
          <w:b w:val="0"/>
        </w:rPr>
        <w:t>As a general rule, personnel should use the normal access route, such as the gangway or internal vessel access, whenever it is available, safe and practical. A man basket should only be used when the normal access route cannot be used safely or is unsuitable for the operation. This may be the case, for example, when access is obstructed by cargo or when the normal access route creates a safety concern.</w:t>
      </w:r>
    </w:p>
    <w:p>
      <w:pPr>
        <w:jc w:val="both"/>
      </w:pPr>
      <w:r>
        <w:rPr>
          <w:b w:val="0"/>
        </w:rPr>
        <w:t>The decision to use a man basket is made by Operations Supervision in line with HSSE requirements. For floating pontoons, the use of a man basket may be the most practical method of access, depending on the type of operation and the actual situation.</w:t>
      </w:r>
    </w:p>
    <w:p>
      <w:pPr>
        <w:jc w:val="both"/>
      </w:pPr>
      <w:r>
        <w:rPr>
          <w:b w:val="0"/>
        </w:rPr>
        <w:t>Safety and practicality should always determine the chosen access method. If access to the workplace delays the first productive action, the delay is recorded under code O, operational preparation, or code S1, safety unsafe condition, depending on the reason.</w:t>
      </w:r>
    </w:p>
    <w:p>
      <w:pPr>
        <w:spacing w:before="200"/>
      </w:pPr>
      <w:r>
        <w:rPr>
          <w:b/>
          <w:color w:val="005781"/>
          <w:sz w:val="22"/>
        </w:rPr>
        <w:t>2.5 Fuelling at the start of the shift</w:t>
      </w:r>
    </w:p>
    <w:p>
      <w:pPr>
        <w:jc w:val="both"/>
      </w:pPr>
      <w:r>
        <w:rPr>
          <w:b w:val="0"/>
        </w:rPr>
        <w:t xml:space="preserve">Fuelling equipment at the beginning of the shift delays the start and is not planned work. </w:t>
      </w:r>
      <w:r>
        <w:rPr>
          <w:b/>
        </w:rPr>
        <w:t>Equipment is not fuelled at the start of the shift unless SV1 or SV2 instructs it.</w:t>
      </w:r>
      <w:r>
        <w:rPr>
          <w:b w:val="0"/>
        </w:rPr>
        <w:t xml:space="preserve"> Where fuelling is instructed, the reason and the person who authorised it are recorded.</w:t>
      </w:r>
    </w:p>
    <w:p>
      <w:pPr>
        <w:jc w:val="both"/>
      </w:pPr>
      <w:r>
        <w:rPr>
          <w:b w:val="0"/>
        </w:rPr>
        <w:t>This needs enforcing rather than announcing: waiting cranes have been fuelled at the start regardless, which is exactly the time the gang is supposed to be producing.</w:t>
      </w:r>
    </w:p>
    <w:p>
      <w:pPr>
        <w:spacing w:before="280"/>
      </w:pPr>
      <w:r>
        <w:rPr>
          <w:b/>
          <w:color w:val="005781"/>
          <w:sz w:val="26"/>
        </w:rPr>
        <w:t>3. Definitions</w:t>
      </w:r>
    </w:p>
    <w:p>
      <w:pPr>
        <w:keepNext/>
        <w:jc w:val="both"/>
      </w:pPr>
      <w:r>
        <w:rPr>
          <w:b w:val="0"/>
        </w:rPr>
        <w:t>To create a clear and consistent way of working, the same definitions for operational start, stop and break times apply across all shifts. The purpose is to ensure that everyone has the same understanding of what each agreed time means and how it should be applied in daily operations.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1212"/>
          </w:tcPr>
          <w:p>
            <w:pPr>
              <w:keepNext/>
              <w:spacing w:after="0" w:before="0" w:line="240" w:lineRule="auto"/>
            </w:pPr>
            <w:r>
              <w:rPr>
                <w:b/>
                <w:sz w:val="18"/>
              </w:rPr>
            </w:r>
            <w:r>
              <w:rPr>
                <w:b/>
                <w:sz w:val="18"/>
              </w:rPr>
              <w:t>Term</w:t>
            </w:r>
          </w:p>
        </w:tc>
        <w:tc>
          <w:tcPr>
            <w:tcW w:type="dxa" w:w="2694"/>
          </w:tcPr>
          <w:p>
            <w:pPr>
              <w:keepNext/>
              <w:spacing w:after="0" w:before="0" w:line="240" w:lineRule="auto"/>
            </w:pPr>
            <w:r>
              <w:rPr>
                <w:b/>
                <w:sz w:val="18"/>
              </w:rPr>
            </w:r>
            <w:r>
              <w:rPr>
                <w:b/>
                <w:sz w:val="18"/>
              </w:rPr>
              <w:t>Definition</w:t>
            </w:r>
          </w:p>
        </w:tc>
        <w:tc>
          <w:tcPr>
            <w:tcW w:type="dxa" w:w="5619"/>
          </w:tcPr>
          <w:p>
            <w:pPr>
              <w:keepNext/>
              <w:spacing w:after="0" w:before="0" w:line="240" w:lineRule="auto"/>
            </w:pPr>
            <w:r>
              <w:rPr>
                <w:b/>
                <w:sz w:val="18"/>
              </w:rPr>
            </w:r>
            <w:r>
              <w:rPr>
                <w:b/>
                <w:sz w:val="18"/>
              </w:rPr>
              <w:t>What this means in practice</w:t>
            </w:r>
          </w:p>
        </w:tc>
      </w:tr>
      <w:tr>
        <w:trPr>
          <w:cantSplit/>
        </w:trPr>
        <w:tc>
          <w:tcPr>
            <w:tcW w:type="dxa" w:w="1212"/>
          </w:tcPr>
          <w:p>
            <w:pPr>
              <w:keepNext/>
              <w:spacing w:after="0" w:before="0" w:line="240" w:lineRule="auto"/>
            </w:pPr>
            <w:r>
              <w:rPr>
                <w:sz w:val="18"/>
              </w:rPr>
            </w:r>
            <w:r>
              <w:rPr>
                <w:b w:val="0"/>
                <w:sz w:val="18"/>
              </w:rPr>
              <w:t>Pre shift preparation</w:t>
            </w:r>
          </w:p>
        </w:tc>
        <w:tc>
          <w:tcPr>
            <w:tcW w:type="dxa" w:w="2694"/>
          </w:tcPr>
          <w:p>
            <w:pPr>
              <w:keepNext/>
              <w:spacing w:after="0" w:before="0" w:line="240" w:lineRule="auto"/>
            </w:pPr>
            <w:r>
              <w:rPr>
                <w:sz w:val="18"/>
              </w:rPr>
            </w:r>
            <w:r>
              <w:rPr>
                <w:b w:val="0"/>
                <w:sz w:val="18"/>
              </w:rPr>
              <w:t>Paid preparation time between clock in and the operational start.</w:t>
            </w:r>
          </w:p>
        </w:tc>
        <w:tc>
          <w:tcPr>
            <w:tcW w:type="dxa" w:w="5619"/>
          </w:tcPr>
          <w:p>
            <w:pPr>
              <w:keepNext/>
              <w:spacing w:after="0" w:before="0" w:line="240" w:lineRule="auto"/>
            </w:pPr>
            <w:r>
              <w:rPr>
                <w:sz w:val="18"/>
              </w:rPr>
            </w:r>
            <w:r>
              <w:rPr>
                <w:b w:val="0"/>
                <w:sz w:val="18"/>
              </w:rPr>
              <w:t>Used for work allocation, toolbox talk, instructions, PPE preparation and movement to the assigned workplace. The gang uses this period to be fully ready before the operational start.</w:t>
            </w:r>
          </w:p>
        </w:tc>
      </w:tr>
      <w:tr>
        <w:trPr>
          <w:cantSplit/>
        </w:trPr>
        <w:tc>
          <w:tcPr>
            <w:tcW w:type="dxa" w:w="1212"/>
          </w:tcPr>
          <w:p>
            <w:pPr>
              <w:keepNext/>
              <w:spacing w:after="0" w:before="0" w:line="240" w:lineRule="auto"/>
            </w:pPr>
            <w:r>
              <w:rPr>
                <w:sz w:val="18"/>
              </w:rPr>
            </w:r>
            <w:r>
              <w:rPr>
                <w:b w:val="0"/>
                <w:sz w:val="18"/>
              </w:rPr>
              <w:t>Operational start</w:t>
            </w:r>
          </w:p>
        </w:tc>
        <w:tc>
          <w:tcPr>
            <w:tcW w:type="dxa" w:w="2694"/>
          </w:tcPr>
          <w:p>
            <w:pPr>
              <w:keepNext/>
              <w:spacing w:after="0" w:before="0" w:line="240" w:lineRule="auto"/>
            </w:pPr>
            <w:r>
              <w:rPr>
                <w:sz w:val="18"/>
              </w:rPr>
            </w:r>
            <w:r>
              <w:rPr>
                <w:b w:val="0"/>
                <w:sz w:val="18"/>
              </w:rPr>
              <w:t>The time at which productive work starts.</w:t>
            </w:r>
          </w:p>
        </w:tc>
        <w:tc>
          <w:tcPr>
            <w:tcW w:type="dxa" w:w="5619"/>
          </w:tcPr>
          <w:p>
            <w:pPr>
              <w:keepNext/>
              <w:spacing w:after="0" w:before="0" w:line="240" w:lineRule="auto"/>
            </w:pPr>
            <w:r>
              <w:rPr>
                <w:sz w:val="18"/>
              </w:rPr>
            </w:r>
            <w:r>
              <w:rPr>
                <w:b w:val="0"/>
                <w:sz w:val="18"/>
              </w:rPr>
              <w:t>At the agreed operational start time, the gang is at the assigned workplace, with PPE on, gear and equipment ready, and productive work starts. Arrival at CSO, attending the briefing or travelling to the workplace does not count as the operational start.</w:t>
            </w:r>
          </w:p>
        </w:tc>
      </w:tr>
      <w:tr>
        <w:trPr>
          <w:cantSplit/>
        </w:trPr>
        <w:tc>
          <w:tcPr>
            <w:tcW w:type="dxa" w:w="1212"/>
          </w:tcPr>
          <w:p>
            <w:pPr>
              <w:keepNext/>
              <w:spacing w:after="0" w:before="0" w:line="240" w:lineRule="auto"/>
            </w:pPr>
            <w:r>
              <w:rPr>
                <w:sz w:val="18"/>
              </w:rPr>
            </w:r>
            <w:r>
              <w:rPr>
                <w:b w:val="0"/>
                <w:sz w:val="18"/>
              </w:rPr>
              <w:t>Late start</w:t>
            </w:r>
          </w:p>
        </w:tc>
        <w:tc>
          <w:tcPr>
            <w:tcW w:type="dxa" w:w="2694"/>
          </w:tcPr>
          <w:p>
            <w:pPr>
              <w:keepNext/>
              <w:spacing w:after="0" w:before="0" w:line="240" w:lineRule="auto"/>
            </w:pPr>
            <w:r>
              <w:rPr>
                <w:sz w:val="18"/>
              </w:rPr>
            </w:r>
            <w:r>
              <w:rPr>
                <w:b w:val="0"/>
                <w:sz w:val="18"/>
              </w:rPr>
              <w:t>Productive work starts after the agreed operational start time.</w:t>
            </w:r>
          </w:p>
        </w:tc>
        <w:tc>
          <w:tcPr>
            <w:tcW w:type="dxa" w:w="5619"/>
          </w:tcPr>
          <w:p>
            <w:pPr>
              <w:keepNext/>
              <w:spacing w:after="0" w:before="0" w:line="240" w:lineRule="auto"/>
            </w:pPr>
            <w:r>
              <w:rPr>
                <w:sz w:val="18"/>
              </w:rPr>
            </w:r>
            <w:r>
              <w:rPr>
                <w:b w:val="0"/>
                <w:sz w:val="18"/>
              </w:rPr>
              <w:t>07:30 means productive work starts at 07:30. The same principle applies to the afternoon and night shifts. There is no additional tolerance period.</w:t>
            </w:r>
          </w:p>
        </w:tc>
      </w:tr>
      <w:tr>
        <w:trPr>
          <w:cantSplit/>
        </w:trPr>
        <w:tc>
          <w:tcPr>
            <w:tcW w:type="dxa" w:w="1212"/>
          </w:tcPr>
          <w:p>
            <w:pPr>
              <w:keepNext/>
              <w:spacing w:after="0" w:before="0" w:line="240" w:lineRule="auto"/>
            </w:pPr>
            <w:r>
              <w:rPr>
                <w:sz w:val="18"/>
              </w:rPr>
            </w:r>
            <w:r>
              <w:rPr>
                <w:b w:val="0"/>
                <w:sz w:val="18"/>
              </w:rPr>
              <w:t>Scheduled break</w:t>
            </w:r>
          </w:p>
        </w:tc>
        <w:tc>
          <w:tcPr>
            <w:tcW w:type="dxa" w:w="2694"/>
          </w:tcPr>
          <w:p>
            <w:pPr>
              <w:keepNext/>
              <w:spacing w:after="0" w:before="0" w:line="240" w:lineRule="auto"/>
            </w:pPr>
            <w:r>
              <w:rPr>
                <w:sz w:val="18"/>
              </w:rPr>
            </w:r>
            <w:r>
              <w:rPr>
                <w:b w:val="0"/>
                <w:sz w:val="18"/>
              </w:rPr>
              <w:t>The agreed period during which productive work is paused.</w:t>
            </w:r>
          </w:p>
        </w:tc>
        <w:tc>
          <w:tcPr>
            <w:tcW w:type="dxa" w:w="5619"/>
          </w:tcPr>
          <w:p>
            <w:pPr>
              <w:keepNext/>
              <w:spacing w:after="0" w:before="0" w:line="240" w:lineRule="auto"/>
            </w:pPr>
            <w:r>
              <w:rPr>
                <w:sz w:val="18"/>
              </w:rPr>
            </w:r>
            <w:r>
              <w:rPr>
                <w:b w:val="0"/>
                <w:sz w:val="18"/>
              </w:rPr>
              <w:t>The break starts and ends at the agreed times. Employees organise their return so that they are ready to resume productive work when the break ends.</w:t>
            </w:r>
          </w:p>
        </w:tc>
      </w:tr>
      <w:tr>
        <w:trPr>
          <w:cantSplit/>
        </w:trPr>
        <w:tc>
          <w:tcPr>
            <w:tcW w:type="dxa" w:w="1212"/>
          </w:tcPr>
          <w:p>
            <w:pPr>
              <w:keepNext/>
              <w:spacing w:after="0" w:before="0" w:line="240" w:lineRule="auto"/>
            </w:pPr>
            <w:r>
              <w:rPr>
                <w:sz w:val="18"/>
              </w:rPr>
            </w:r>
            <w:r>
              <w:rPr>
                <w:b w:val="0"/>
                <w:sz w:val="18"/>
              </w:rPr>
              <w:t>Late restart</w:t>
            </w:r>
          </w:p>
        </w:tc>
        <w:tc>
          <w:tcPr>
            <w:tcW w:type="dxa" w:w="2694"/>
          </w:tcPr>
          <w:p>
            <w:pPr>
              <w:keepNext/>
              <w:spacing w:after="0" w:before="0" w:line="240" w:lineRule="auto"/>
            </w:pPr>
            <w:r>
              <w:rPr>
                <w:sz w:val="18"/>
              </w:rPr>
            </w:r>
            <w:r>
              <w:rPr>
                <w:b w:val="0"/>
                <w:sz w:val="18"/>
              </w:rPr>
              <w:t>Productive work resumes after the agreed end time of a scheduled break.</w:t>
            </w:r>
          </w:p>
        </w:tc>
        <w:tc>
          <w:tcPr>
            <w:tcW w:type="dxa" w:w="5619"/>
          </w:tcPr>
          <w:p>
            <w:pPr>
              <w:keepNext/>
              <w:spacing w:after="0" w:before="0" w:line="240" w:lineRule="auto"/>
            </w:pPr>
            <w:r>
              <w:rPr>
                <w:sz w:val="18"/>
              </w:rPr>
            </w:r>
            <w:r>
              <w:rPr>
                <w:b w:val="0"/>
                <w:sz w:val="18"/>
              </w:rPr>
              <w:t>If a break ends at 13:00, productive work resumes at 13:00. The same principle applies to all scheduled breaks.</w:t>
            </w:r>
          </w:p>
        </w:tc>
      </w:tr>
      <w:tr>
        <w:trPr>
          <w:cantSplit/>
        </w:trPr>
        <w:tc>
          <w:tcPr>
            <w:tcW w:type="dxa" w:w="1212"/>
          </w:tcPr>
          <w:p>
            <w:pPr>
              <w:keepNext/>
              <w:spacing w:after="0" w:before="0" w:line="240" w:lineRule="auto"/>
            </w:pPr>
            <w:r>
              <w:rPr>
                <w:sz w:val="18"/>
              </w:rPr>
            </w:r>
            <w:r>
              <w:rPr>
                <w:b w:val="0"/>
                <w:sz w:val="18"/>
              </w:rPr>
              <w:t>Operational stop</w:t>
            </w:r>
          </w:p>
        </w:tc>
        <w:tc>
          <w:tcPr>
            <w:tcW w:type="dxa" w:w="2694"/>
          </w:tcPr>
          <w:p>
            <w:pPr>
              <w:keepNext/>
              <w:spacing w:after="0" w:before="0" w:line="240" w:lineRule="auto"/>
            </w:pPr>
            <w:r>
              <w:rPr>
                <w:sz w:val="18"/>
              </w:rPr>
            </w:r>
            <w:r>
              <w:rPr>
                <w:b w:val="0"/>
                <w:sz w:val="18"/>
              </w:rPr>
              <w:t>The agreed time at which productive work stops.</w:t>
            </w:r>
          </w:p>
        </w:tc>
        <w:tc>
          <w:tcPr>
            <w:tcW w:type="dxa" w:w="5619"/>
          </w:tcPr>
          <w:p>
            <w:pPr>
              <w:keepNext/>
              <w:spacing w:after="0" w:before="0" w:line="240" w:lineRule="auto"/>
            </w:pPr>
            <w:r>
              <w:rPr>
                <w:sz w:val="18"/>
              </w:rPr>
            </w:r>
            <w:r>
              <w:rPr>
                <w:b w:val="0"/>
                <w:sz w:val="18"/>
              </w:rPr>
              <w:t>Productive work continues until the operational stop time. Where operations continue, the work is handed over at the workplace to the incoming gang.</w:t>
            </w:r>
          </w:p>
        </w:tc>
      </w:tr>
      <w:tr>
        <w:trPr>
          <w:cantSplit/>
        </w:trPr>
        <w:tc>
          <w:tcPr>
            <w:tcW w:type="dxa" w:w="1212"/>
          </w:tcPr>
          <w:p>
            <w:pPr>
              <w:keepNext/>
              <w:spacing w:after="0" w:before="0" w:line="240" w:lineRule="auto"/>
            </w:pPr>
            <w:r>
              <w:rPr>
                <w:sz w:val="18"/>
              </w:rPr>
            </w:r>
            <w:r>
              <w:rPr>
                <w:b w:val="0"/>
                <w:sz w:val="18"/>
              </w:rPr>
              <w:t>Early finish</w:t>
            </w:r>
          </w:p>
        </w:tc>
        <w:tc>
          <w:tcPr>
            <w:tcW w:type="dxa" w:w="2694"/>
          </w:tcPr>
          <w:p>
            <w:pPr>
              <w:keepNext/>
              <w:spacing w:after="0" w:before="0" w:line="240" w:lineRule="auto"/>
            </w:pPr>
            <w:r>
              <w:rPr>
                <w:sz w:val="18"/>
              </w:rPr>
            </w:r>
            <w:r>
              <w:rPr>
                <w:b w:val="0"/>
                <w:sz w:val="18"/>
              </w:rPr>
              <w:t>Productive work stops before the agreed operational stop time without a recorded operational reason.</w:t>
            </w:r>
          </w:p>
        </w:tc>
        <w:tc>
          <w:tcPr>
            <w:tcW w:type="dxa" w:w="5619"/>
          </w:tcPr>
          <w:p>
            <w:pPr>
              <w:keepNext/>
              <w:spacing w:after="0" w:before="0" w:line="240" w:lineRule="auto"/>
            </w:pPr>
            <w:r>
              <w:rPr>
                <w:sz w:val="18"/>
              </w:rPr>
            </w:r>
            <w:r>
              <w:rPr>
                <w:b w:val="0"/>
                <w:sz w:val="18"/>
              </w:rPr>
              <w:t>Preparation for leaving the workplace does not start before the operational stop time.</w:t>
            </w:r>
          </w:p>
        </w:tc>
      </w:tr>
      <w:tr>
        <w:trPr>
          <w:cantSplit/>
        </w:trPr>
        <w:tc>
          <w:tcPr>
            <w:tcW w:type="dxa" w:w="1212"/>
          </w:tcPr>
          <w:p>
            <w:pPr>
              <w:keepNext/>
              <w:spacing w:after="0" w:before="0" w:line="240" w:lineRule="auto"/>
            </w:pPr>
            <w:r>
              <w:rPr>
                <w:sz w:val="18"/>
              </w:rPr>
            </w:r>
            <w:r>
              <w:rPr>
                <w:b w:val="0"/>
                <w:sz w:val="18"/>
              </w:rPr>
              <w:t>After operational stop</w:t>
            </w:r>
          </w:p>
        </w:tc>
        <w:tc>
          <w:tcPr>
            <w:tcW w:type="dxa" w:w="2694"/>
          </w:tcPr>
          <w:p>
            <w:pPr>
              <w:keepNext/>
              <w:spacing w:after="0" w:before="0" w:line="240" w:lineRule="auto"/>
            </w:pPr>
            <w:r>
              <w:rPr>
                <w:sz w:val="18"/>
              </w:rPr>
            </w:r>
            <w:r>
              <w:rPr>
                <w:b w:val="0"/>
                <w:sz w:val="18"/>
              </w:rPr>
              <w:t>Activities that take place after productive work has reached the agreed stop time.</w:t>
            </w:r>
          </w:p>
        </w:tc>
        <w:tc>
          <w:tcPr>
            <w:tcW w:type="dxa" w:w="5619"/>
          </w:tcPr>
          <w:p>
            <w:pPr>
              <w:keepNext/>
              <w:spacing w:after="0" w:before="0" w:line="240" w:lineRule="auto"/>
            </w:pPr>
            <w:r>
              <w:rPr>
                <w:sz w:val="18"/>
              </w:rPr>
            </w:r>
            <w:r>
              <w:rPr>
                <w:b w:val="0"/>
                <w:sz w:val="18"/>
              </w:rPr>
              <w:t>Removing gear, leaving the vessel or workplace and returning to the clock take place after the operational stop time.</w:t>
            </w:r>
          </w:p>
        </w:tc>
      </w:tr>
      <w:tr>
        <w:trPr>
          <w:cantSplit/>
        </w:trPr>
        <w:tc>
          <w:tcPr>
            <w:tcW w:type="dxa" w:w="1212"/>
          </w:tcPr>
          <w:p>
            <w:pPr>
              <w:spacing w:after="0" w:before="0" w:line="240" w:lineRule="auto"/>
            </w:pPr>
            <w:r>
              <w:rPr>
                <w:sz w:val="18"/>
              </w:rPr>
            </w:r>
            <w:r>
              <w:rPr>
                <w:b w:val="0"/>
                <w:sz w:val="18"/>
              </w:rPr>
              <w:t>Deviation</w:t>
            </w:r>
          </w:p>
        </w:tc>
        <w:tc>
          <w:tcPr>
            <w:tcW w:type="dxa" w:w="2694"/>
          </w:tcPr>
          <w:p>
            <w:pPr>
              <w:spacing w:after="0" w:before="0" w:line="240" w:lineRule="auto"/>
            </w:pPr>
            <w:r>
              <w:rPr>
                <w:sz w:val="18"/>
              </w:rPr>
            </w:r>
            <w:r>
              <w:rPr>
                <w:b w:val="0"/>
                <w:sz w:val="18"/>
              </w:rPr>
              <w:t>A late start, late restart or early finish compared with the agreed operational times.</w:t>
            </w:r>
          </w:p>
        </w:tc>
        <w:tc>
          <w:tcPr>
            <w:tcW w:type="dxa" w:w="5619"/>
          </w:tcPr>
          <w:p>
            <w:pPr>
              <w:spacing w:after="0" w:before="0" w:line="240" w:lineRule="auto"/>
            </w:pPr>
            <w:r>
              <w:rPr>
                <w:sz w:val="18"/>
              </w:rPr>
            </w:r>
            <w:r>
              <w:rPr>
                <w:b w:val="0"/>
                <w:sz w:val="18"/>
              </w:rPr>
              <w:t>The actual time and reason are recorded. This information is used to understand causes, identify improvement opportunities and support continuous improvement.</w:t>
            </w:r>
          </w:p>
        </w:tc>
      </w:tr>
    </w:tbl>
    <w:p/>
    <w:p>
      <w:pPr>
        <w:spacing w:before="280"/>
      </w:pPr>
      <w:r>
        <w:rPr>
          <w:b/>
          <w:color w:val="005781"/>
          <w:sz w:val="26"/>
        </w:rPr>
        <w:t>4. Tally Clerk registration protocol</w:t>
      </w:r>
    </w:p>
    <w:p>
      <w:pPr>
        <w:jc w:val="both"/>
      </w:pPr>
      <w:r>
        <w:rPr>
          <w:b w:val="0"/>
        </w:rPr>
        <w:t>For every gang and every shift, the Tally Clerk records:</w:t>
      </w:r>
    </w:p>
    <w:p>
      <w:pPr>
        <w:pStyle w:val="ListBullet"/>
        <w:spacing w:after="60"/>
      </w:pPr>
      <w:r>
        <w:rPr>
          <w:b w:val="0"/>
        </w:rPr>
        <w:t>Gang, vessel and hatch or workplace.</w:t>
      </w:r>
    </w:p>
    <w:p>
      <w:pPr>
        <w:pStyle w:val="ListBullet"/>
        <w:spacing w:after="60"/>
      </w:pPr>
      <w:r>
        <w:rPr>
          <w:b w:val="0"/>
        </w:rPr>
        <w:t>Time of the first and last productive action.</w:t>
      </w:r>
    </w:p>
    <w:p>
      <w:pPr>
        <w:pStyle w:val="ListBullet"/>
        <w:spacing w:after="60"/>
      </w:pPr>
      <w:r>
        <w:rPr>
          <w:b w:val="0"/>
        </w:rPr>
        <w:t>Break stop and restart times.</w:t>
      </w:r>
    </w:p>
    <w:p>
      <w:pPr>
        <w:pStyle w:val="ListBullet"/>
        <w:spacing w:after="60"/>
      </w:pPr>
      <w:r>
        <w:rPr>
          <w:b w:val="0"/>
        </w:rPr>
        <w:t>Any deviation of more than 5 minutes, including the actual time and one reason code, see Section 5.</w:t>
      </w:r>
    </w:p>
    <w:p>
      <w:pPr>
        <w:jc w:val="both"/>
      </w:pPr>
      <w:r>
        <w:rPr>
          <w:b w:val="0"/>
        </w:rPr>
        <w:t>All times are recorded to the minute, factually and without rounding or interpretation. The Tally Clerk records what happened, while the SV provides any required explanation. The completed record (OPS-FORM-SST-01) is reviewed and signed by a supervisor. As standard, SV2 or SV3 signs the form; SV1 may sign when responsible for and present at the operation. The signed record is handed to the GSV at the end of the shift, who initials it with the time of receipt. That initial confirms receipt of the sheet, not approval of its contents.</w:t>
      </w:r>
    </w:p>
    <w:p>
      <w:pPr>
        <w:jc w:val="both"/>
      </w:pPr>
      <w:r>
        <w:rPr>
          <w:b w:val="0"/>
        </w:rPr>
        <w:t>The Tally Clerk is part of the gang and follows the same start and stop requirements as all other gang members. The responsible SV ensures that the Tally Clerk is allocated during the pre shift period and is present at the workplace at the operational start time. For delivery tally, this responsibility lies with the Delivery Supervisor.</w:t>
      </w:r>
    </w:p>
    <w:p>
      <w:pPr>
        <w:jc w:val="both"/>
      </w:pPr>
      <w:r>
        <w:rPr>
          <w:b w:val="0"/>
        </w:rPr>
        <w:t>If the Tally Clerk is not present at the operational start, the SV records the actual arrival time and reason, using the same deviation code as for any other gang member.</w:t>
      </w:r>
    </w:p>
    <w:p>
      <w:pPr>
        <w:jc w:val="both"/>
      </w:pPr>
      <w:r>
        <w:rPr>
          <w:b/>
        </w:rPr>
        <w:t>Registration location:</w:t>
      </w:r>
      <w:r>
        <w:rPr>
          <w:b w:val="0"/>
        </w:rPr>
        <w:t xml:space="preserve"> the dedicated start and stop form, OPS-FORM-SST-01. This form belongs to the late start and early finish project and is used for nothing else. </w:t>
      </w:r>
      <w:r>
        <w:rPr>
          <w:b/>
        </w:rPr>
        <w:t>The productivity report continues to be completed exactly as it is today</w:t>
      </w:r>
      <w:r>
        <w:rPr>
          <w:b w:val="0"/>
        </w:rPr>
        <w:t xml:space="preserve"> — this procedure does not change it, does not add a section to it and does not replace it.</w:t>
      </w:r>
    </w:p>
    <w:p>
      <w:pPr>
        <w:jc w:val="both"/>
      </w:pPr>
      <w:r>
        <w:rPr>
          <w:b w:val="0"/>
        </w:rPr>
        <w:t>During the introduction period, the forms are completed physically for each shift, collected as hardcopy by the GSV and processed daily by PMO / project support. This is a temporary project registration used to identify the causes of delays. Relevant data may later be integrated into regular productivity reporting or digital capture, but only as a deliberate decision at that point.</w:t>
      </w:r>
    </w:p>
    <w:p>
      <w:pPr>
        <w:jc w:val="both"/>
      </w:pPr>
      <w:r>
        <w:rPr>
          <w:b/>
        </w:rPr>
        <w:t>Longer term goal:</w:t>
      </w:r>
      <w:r>
        <w:rPr>
          <w:b w:val="0"/>
        </w:rPr>
        <w:t xml:space="preserve"> automatically capture the first and last move through the MTN handheld, making the registration independent and timestamp based.</w:t>
      </w:r>
    </w:p>
    <w:p>
      <w:pPr>
        <w:keepNext/>
        <w:spacing w:before="280"/>
      </w:pPr>
      <w:r>
        <w:rPr>
          <w:b/>
          <w:color w:val="005781"/>
          <w:sz w:val="26"/>
        </w:rPr>
        <w:t>5. Deviation reason codes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942"/>
          </w:tcPr>
          <w:p>
            <w:pPr>
              <w:keepNext/>
              <w:spacing w:after="0" w:before="0" w:line="240" w:lineRule="auto"/>
            </w:pPr>
            <w:r>
              <w:rPr>
                <w:b/>
                <w:sz w:val="18"/>
              </w:rPr>
            </w:r>
            <w:r>
              <w:rPr>
                <w:b/>
                <w:sz w:val="18"/>
              </w:rPr>
              <w:t>Code</w:t>
            </w:r>
          </w:p>
        </w:tc>
        <w:tc>
          <w:tcPr>
            <w:tcW w:type="dxa" w:w="1719"/>
          </w:tcPr>
          <w:p>
            <w:pPr>
              <w:keepNext/>
              <w:spacing w:after="0" w:before="0" w:line="240" w:lineRule="auto"/>
            </w:pPr>
            <w:r>
              <w:rPr>
                <w:b/>
                <w:sz w:val="18"/>
              </w:rPr>
            </w:r>
            <w:r>
              <w:rPr>
                <w:b/>
                <w:sz w:val="18"/>
              </w:rPr>
              <w:t>Category</w:t>
            </w:r>
          </w:p>
        </w:tc>
        <w:tc>
          <w:tcPr>
            <w:tcW w:type="dxa" w:w="6864"/>
          </w:tcPr>
          <w:p>
            <w:pPr>
              <w:keepNext/>
              <w:spacing w:after="0" w:before="0" w:line="240" w:lineRule="auto"/>
            </w:pPr>
            <w:r>
              <w:rPr>
                <w:b/>
                <w:sz w:val="18"/>
              </w:rPr>
            </w:r>
            <w:r>
              <w:rPr>
                <w:b/>
                <w:sz w:val="18"/>
              </w:rPr>
              <w:t>Examples</w:t>
            </w:r>
          </w:p>
        </w:tc>
      </w:tr>
      <w:tr>
        <w:trPr>
          <w:cantSplit/>
        </w:trPr>
        <w:tc>
          <w:tcPr>
            <w:tcW w:type="dxa" w:w="942"/>
          </w:tcPr>
          <w:p>
            <w:pPr>
              <w:keepNext/>
              <w:spacing w:after="0" w:before="0" w:line="240" w:lineRule="auto"/>
            </w:pPr>
            <w:r>
              <w:rPr>
                <w:sz w:val="18"/>
              </w:rPr>
            </w:r>
            <w:r>
              <w:rPr>
                <w:b w:val="0"/>
                <w:sz w:val="18"/>
              </w:rPr>
              <w:t>E</w:t>
            </w:r>
          </w:p>
        </w:tc>
        <w:tc>
          <w:tcPr>
            <w:tcW w:type="dxa" w:w="1719"/>
          </w:tcPr>
          <w:p>
            <w:pPr>
              <w:keepNext/>
              <w:spacing w:after="0" w:before="0" w:line="240" w:lineRule="auto"/>
            </w:pPr>
            <w:r>
              <w:rPr>
                <w:sz w:val="18"/>
              </w:rPr>
            </w:r>
            <w:r>
              <w:rPr>
                <w:b w:val="0"/>
                <w:sz w:val="18"/>
              </w:rPr>
              <w:t>Employee related</w:t>
            </w:r>
          </w:p>
        </w:tc>
        <w:tc>
          <w:tcPr>
            <w:tcW w:type="dxa" w:w="6864"/>
          </w:tcPr>
          <w:p>
            <w:pPr>
              <w:keepNext/>
              <w:spacing w:after="0" w:before="0" w:line="240" w:lineRule="auto"/>
            </w:pPr>
            <w:r>
              <w:rPr>
                <w:sz w:val="18"/>
              </w:rPr>
            </w:r>
            <w:r>
              <w:rPr>
                <w:b w:val="0"/>
                <w:sz w:val="18"/>
              </w:rPr>
              <w:t>Late arrival, absent without notice, leaving the workplace early</w:t>
            </w:r>
          </w:p>
        </w:tc>
      </w:tr>
      <w:tr>
        <w:trPr>
          <w:cantSplit/>
        </w:trPr>
        <w:tc>
          <w:tcPr>
            <w:tcW w:type="dxa" w:w="942"/>
          </w:tcPr>
          <w:p>
            <w:pPr>
              <w:keepNext/>
              <w:spacing w:after="0" w:before="0" w:line="240" w:lineRule="auto"/>
            </w:pPr>
            <w:r>
              <w:rPr>
                <w:sz w:val="18"/>
              </w:rPr>
            </w:r>
            <w:r>
              <w:rPr>
                <w:b w:val="0"/>
                <w:sz w:val="18"/>
              </w:rPr>
              <w:t>P</w:t>
            </w:r>
          </w:p>
        </w:tc>
        <w:tc>
          <w:tcPr>
            <w:tcW w:type="dxa" w:w="1719"/>
          </w:tcPr>
          <w:p>
            <w:pPr>
              <w:keepNext/>
              <w:spacing w:after="0" w:before="0" w:line="240" w:lineRule="auto"/>
            </w:pPr>
            <w:r>
              <w:rPr>
                <w:sz w:val="18"/>
              </w:rPr>
            </w:r>
            <w:r>
              <w:rPr>
                <w:b w:val="0"/>
                <w:sz w:val="18"/>
              </w:rPr>
              <w:t>Manpower planning</w:t>
            </w:r>
          </w:p>
        </w:tc>
        <w:tc>
          <w:tcPr>
            <w:tcW w:type="dxa" w:w="6864"/>
          </w:tcPr>
          <w:p>
            <w:pPr>
              <w:keepNext/>
              <w:spacing w:after="0" w:before="0" w:line="240" w:lineRule="auto"/>
            </w:pPr>
            <w:r>
              <w:rPr>
                <w:sz w:val="18"/>
              </w:rPr>
            </w:r>
            <w:r>
              <w:rPr>
                <w:b w:val="0"/>
                <w:sz w:val="18"/>
              </w:rPr>
              <w:t>Late allocation, missing replacement, gang incomplete</w:t>
            </w:r>
          </w:p>
        </w:tc>
      </w:tr>
      <w:tr>
        <w:trPr>
          <w:cantSplit/>
        </w:trPr>
        <w:tc>
          <w:tcPr>
            <w:tcW w:type="dxa" w:w="942"/>
          </w:tcPr>
          <w:p>
            <w:pPr>
              <w:keepNext/>
              <w:spacing w:after="0" w:before="0" w:line="240" w:lineRule="auto"/>
            </w:pPr>
            <w:r>
              <w:rPr>
                <w:sz w:val="18"/>
              </w:rPr>
            </w:r>
            <w:r>
              <w:rPr>
                <w:b w:val="0"/>
                <w:sz w:val="18"/>
              </w:rPr>
              <w:t>Q</w:t>
            </w:r>
          </w:p>
        </w:tc>
        <w:tc>
          <w:tcPr>
            <w:tcW w:type="dxa" w:w="1719"/>
          </w:tcPr>
          <w:p>
            <w:pPr>
              <w:keepNext/>
              <w:spacing w:after="0" w:before="0" w:line="240" w:lineRule="auto"/>
            </w:pPr>
            <w:r>
              <w:rPr>
                <w:sz w:val="18"/>
              </w:rPr>
            </w:r>
            <w:r>
              <w:rPr>
                <w:b w:val="0"/>
                <w:sz w:val="18"/>
              </w:rPr>
              <w:t>Equipment (CSO)</w:t>
            </w:r>
          </w:p>
        </w:tc>
        <w:tc>
          <w:tcPr>
            <w:tcW w:type="dxa" w:w="6864"/>
          </w:tcPr>
          <w:p>
            <w:pPr>
              <w:keepNext/>
              <w:spacing w:after="0" w:before="0" w:line="240" w:lineRule="auto"/>
            </w:pPr>
            <w:r>
              <w:rPr>
                <w:sz w:val="18"/>
              </w:rPr>
            </w:r>
            <w:r>
              <w:rPr>
                <w:b w:val="0"/>
                <w:sz w:val="18"/>
              </w:rPr>
              <w:t>CSO equipment not available or not ready, breakdown, operator missing, MHC daily check by TDC running into the operational start</w:t>
            </w:r>
          </w:p>
        </w:tc>
      </w:tr>
      <w:tr>
        <w:trPr>
          <w:cantSplit/>
        </w:trPr>
        <w:tc>
          <w:tcPr>
            <w:tcW w:type="dxa" w:w="942"/>
          </w:tcPr>
          <w:p>
            <w:pPr>
              <w:keepNext/>
              <w:spacing w:after="0" w:before="0" w:line="240" w:lineRule="auto"/>
            </w:pPr>
            <w:r>
              <w:rPr>
                <w:sz w:val="18"/>
              </w:rPr>
            </w:r>
            <w:r>
              <w:rPr>
                <w:b w:val="0"/>
                <w:sz w:val="18"/>
              </w:rPr>
              <w:t>T</w:t>
            </w:r>
          </w:p>
        </w:tc>
        <w:tc>
          <w:tcPr>
            <w:tcW w:type="dxa" w:w="1719"/>
          </w:tcPr>
          <w:p>
            <w:pPr>
              <w:keepNext/>
              <w:spacing w:after="0" w:before="0" w:line="240" w:lineRule="auto"/>
            </w:pPr>
            <w:r>
              <w:rPr>
                <w:sz w:val="18"/>
              </w:rPr>
            </w:r>
            <w:r>
              <w:rPr>
                <w:b w:val="0"/>
                <w:sz w:val="18"/>
              </w:rPr>
              <w:t>Transport</w:t>
            </w:r>
          </w:p>
        </w:tc>
        <w:tc>
          <w:tcPr>
            <w:tcW w:type="dxa" w:w="6864"/>
          </w:tcPr>
          <w:p>
            <w:pPr>
              <w:keepNext/>
              <w:spacing w:after="0" w:before="0" w:line="240" w:lineRule="auto"/>
            </w:pPr>
            <w:r>
              <w:rPr>
                <w:sz w:val="18"/>
              </w:rPr>
            </w:r>
            <w:r>
              <w:rPr>
                <w:b w:val="0"/>
                <w:sz w:val="18"/>
              </w:rPr>
              <w:t>Transport to or from the workplace late or not available</w:t>
            </w:r>
          </w:p>
        </w:tc>
      </w:tr>
      <w:tr>
        <w:trPr>
          <w:cantSplit/>
        </w:trPr>
        <w:tc>
          <w:tcPr>
            <w:tcW w:type="dxa" w:w="942"/>
          </w:tcPr>
          <w:p>
            <w:pPr>
              <w:keepNext/>
              <w:spacing w:after="0" w:before="0" w:line="240" w:lineRule="auto"/>
            </w:pPr>
            <w:r>
              <w:rPr>
                <w:sz w:val="18"/>
              </w:rPr>
            </w:r>
            <w:r>
              <w:rPr>
                <w:b w:val="0"/>
                <w:sz w:val="18"/>
              </w:rPr>
              <w:t>O</w:t>
            </w:r>
          </w:p>
        </w:tc>
        <w:tc>
          <w:tcPr>
            <w:tcW w:type="dxa" w:w="1719"/>
          </w:tcPr>
          <w:p>
            <w:pPr>
              <w:keepNext/>
              <w:spacing w:after="0" w:before="0" w:line="240" w:lineRule="auto"/>
            </w:pPr>
            <w:r>
              <w:rPr>
                <w:sz w:val="18"/>
              </w:rPr>
            </w:r>
            <w:r>
              <w:rPr>
                <w:b w:val="0"/>
                <w:sz w:val="18"/>
              </w:rPr>
              <w:t>Operational preparation</w:t>
            </w:r>
          </w:p>
        </w:tc>
        <w:tc>
          <w:tcPr>
            <w:tcW w:type="dxa" w:w="6864"/>
          </w:tcPr>
          <w:p>
            <w:pPr>
              <w:keepNext/>
              <w:spacing w:after="0" w:before="0" w:line="240" w:lineRule="auto"/>
            </w:pPr>
            <w:r>
              <w:rPr>
                <w:sz w:val="18"/>
              </w:rPr>
            </w:r>
            <w:r>
              <w:rPr>
                <w:b w:val="0"/>
                <w:sz w:val="18"/>
              </w:rPr>
              <w:t>Gear not ready, unclear instructions, stow plan or documents not available</w:t>
            </w:r>
          </w:p>
        </w:tc>
      </w:tr>
      <w:tr>
        <w:trPr>
          <w:cantSplit/>
        </w:trPr>
        <w:tc>
          <w:tcPr>
            <w:tcW w:type="dxa" w:w="942"/>
          </w:tcPr>
          <w:p>
            <w:pPr>
              <w:keepNext/>
              <w:spacing w:after="0" w:before="0" w:line="240" w:lineRule="auto"/>
            </w:pPr>
            <w:r>
              <w:rPr>
                <w:sz w:val="18"/>
              </w:rPr>
            </w:r>
            <w:r>
              <w:rPr>
                <w:b w:val="0"/>
                <w:sz w:val="18"/>
              </w:rPr>
              <w:t>C</w:t>
            </w:r>
          </w:p>
        </w:tc>
        <w:tc>
          <w:tcPr>
            <w:tcW w:type="dxa" w:w="1719"/>
          </w:tcPr>
          <w:p>
            <w:pPr>
              <w:keepNext/>
              <w:spacing w:after="0" w:before="0" w:line="240" w:lineRule="auto"/>
            </w:pPr>
            <w:r>
              <w:rPr>
                <w:sz w:val="18"/>
              </w:rPr>
            </w:r>
            <w:r>
              <w:rPr>
                <w:b w:val="0"/>
                <w:sz w:val="18"/>
              </w:rPr>
              <w:t>Customer / vessel related</w:t>
            </w:r>
          </w:p>
        </w:tc>
        <w:tc>
          <w:tcPr>
            <w:tcW w:type="dxa" w:w="6864"/>
          </w:tcPr>
          <w:p>
            <w:pPr>
              <w:keepNext/>
              <w:spacing w:after="0" w:before="0" w:line="240" w:lineRule="auto"/>
            </w:pPr>
            <w:r>
              <w:rPr>
                <w:sz w:val="18"/>
              </w:rPr>
            </w:r>
            <w:r>
              <w:rPr>
                <w:b w:val="0"/>
                <w:sz w:val="18"/>
              </w:rPr>
              <w:t>Vessel not ready, hatches closed, shifting cargo, poor stowage, vessel crane or vessel gear not ready or not safe to use, ship's crew, cargo or trucks not available</w:t>
            </w:r>
          </w:p>
        </w:tc>
      </w:tr>
      <w:tr>
        <w:trPr>
          <w:cantSplit/>
        </w:trPr>
        <w:tc>
          <w:tcPr>
            <w:tcW w:type="dxa" w:w="942"/>
          </w:tcPr>
          <w:p>
            <w:pPr>
              <w:keepNext/>
              <w:spacing w:after="0" w:before="0" w:line="240" w:lineRule="auto"/>
            </w:pPr>
            <w:r>
              <w:rPr>
                <w:sz w:val="18"/>
              </w:rPr>
            </w:r>
            <w:r>
              <w:rPr>
                <w:b w:val="0"/>
                <w:sz w:val="18"/>
              </w:rPr>
              <w:t>W</w:t>
            </w:r>
          </w:p>
        </w:tc>
        <w:tc>
          <w:tcPr>
            <w:tcW w:type="dxa" w:w="1719"/>
          </w:tcPr>
          <w:p>
            <w:pPr>
              <w:keepNext/>
              <w:spacing w:after="0" w:before="0" w:line="240" w:lineRule="auto"/>
            </w:pPr>
            <w:r>
              <w:rPr>
                <w:sz w:val="18"/>
              </w:rPr>
            </w:r>
            <w:r>
              <w:rPr>
                <w:b w:val="0"/>
                <w:sz w:val="18"/>
              </w:rPr>
              <w:t>Weather</w:t>
            </w:r>
          </w:p>
        </w:tc>
        <w:tc>
          <w:tcPr>
            <w:tcW w:type="dxa" w:w="6864"/>
          </w:tcPr>
          <w:p>
            <w:pPr>
              <w:keepNext/>
              <w:spacing w:after="0" w:before="0" w:line="240" w:lineRule="auto"/>
            </w:pPr>
            <w:r>
              <w:rPr>
                <w:sz w:val="18"/>
              </w:rPr>
            </w:r>
            <w:r>
              <w:rPr>
                <w:b w:val="0"/>
                <w:sz w:val="18"/>
              </w:rPr>
              <w:t>Rain, wind or visibility stoppage</w:t>
            </w:r>
          </w:p>
        </w:tc>
      </w:tr>
      <w:tr>
        <w:trPr>
          <w:cantSplit/>
        </w:trPr>
        <w:tc>
          <w:tcPr>
            <w:tcW w:type="dxa" w:w="942"/>
          </w:tcPr>
          <w:p>
            <w:pPr>
              <w:keepNext/>
              <w:spacing w:after="0" w:before="0" w:line="240" w:lineRule="auto"/>
            </w:pPr>
            <w:r>
              <w:rPr>
                <w:sz w:val="18"/>
              </w:rPr>
            </w:r>
            <w:r>
              <w:rPr>
                <w:b w:val="0"/>
                <w:sz w:val="18"/>
              </w:rPr>
              <w:t>S1</w:t>
            </w:r>
          </w:p>
        </w:tc>
        <w:tc>
          <w:tcPr>
            <w:tcW w:type="dxa" w:w="1719"/>
          </w:tcPr>
          <w:p>
            <w:pPr>
              <w:keepNext/>
              <w:spacing w:after="0" w:before="0" w:line="240" w:lineRule="auto"/>
            </w:pPr>
            <w:r>
              <w:rPr>
                <w:sz w:val="18"/>
              </w:rPr>
            </w:r>
            <w:r>
              <w:rPr>
                <w:b w:val="0"/>
                <w:sz w:val="18"/>
              </w:rPr>
              <w:t>Safety – unsafe condition</w:t>
            </w:r>
          </w:p>
        </w:tc>
        <w:tc>
          <w:tcPr>
            <w:tcW w:type="dxa" w:w="6864"/>
          </w:tcPr>
          <w:p>
            <w:pPr>
              <w:keepNext/>
              <w:spacing w:after="0" w:before="0" w:line="240" w:lineRule="auto"/>
            </w:pPr>
            <w:r>
              <w:rPr>
                <w:sz w:val="18"/>
              </w:rPr>
            </w:r>
            <w:r>
              <w:rPr>
                <w:b w:val="0"/>
                <w:sz w:val="18"/>
              </w:rPr>
              <w:t>Work stopped until a risk is mitigated</w:t>
            </w:r>
          </w:p>
        </w:tc>
      </w:tr>
      <w:tr>
        <w:trPr>
          <w:cantSplit/>
        </w:trPr>
        <w:tc>
          <w:tcPr>
            <w:tcW w:type="dxa" w:w="942"/>
          </w:tcPr>
          <w:p>
            <w:pPr>
              <w:keepNext/>
              <w:spacing w:after="0" w:before="0" w:line="240" w:lineRule="auto"/>
            </w:pPr>
            <w:r>
              <w:rPr>
                <w:sz w:val="18"/>
              </w:rPr>
            </w:r>
            <w:r>
              <w:rPr>
                <w:b w:val="0"/>
                <w:sz w:val="18"/>
              </w:rPr>
              <w:t>S2</w:t>
            </w:r>
          </w:p>
        </w:tc>
        <w:tc>
          <w:tcPr>
            <w:tcW w:type="dxa" w:w="1719"/>
          </w:tcPr>
          <w:p>
            <w:pPr>
              <w:keepNext/>
              <w:spacing w:after="0" w:before="0" w:line="240" w:lineRule="auto"/>
            </w:pPr>
            <w:r>
              <w:rPr>
                <w:sz w:val="18"/>
              </w:rPr>
            </w:r>
            <w:r>
              <w:rPr>
                <w:b w:val="0"/>
                <w:sz w:val="18"/>
              </w:rPr>
              <w:t>Safety – incident</w:t>
            </w:r>
          </w:p>
        </w:tc>
        <w:tc>
          <w:tcPr>
            <w:tcW w:type="dxa" w:w="6864"/>
          </w:tcPr>
          <w:p>
            <w:pPr>
              <w:keepNext/>
              <w:spacing w:after="0" w:before="0" w:line="240" w:lineRule="auto"/>
            </w:pPr>
            <w:r>
              <w:rPr>
                <w:sz w:val="18"/>
              </w:rPr>
            </w:r>
            <w:r>
              <w:rPr>
                <w:b w:val="0"/>
                <w:sz w:val="18"/>
              </w:rPr>
              <w:t>Operations stopped following an incident</w:t>
            </w:r>
          </w:p>
        </w:tc>
      </w:tr>
      <w:tr>
        <w:trPr>
          <w:cantSplit/>
        </w:trPr>
        <w:tc>
          <w:tcPr>
            <w:tcW w:type="dxa" w:w="942"/>
          </w:tcPr>
          <w:p>
            <w:pPr>
              <w:spacing w:after="0" w:before="0" w:line="240" w:lineRule="auto"/>
            </w:pPr>
            <w:r>
              <w:rPr>
                <w:sz w:val="18"/>
              </w:rPr>
            </w:r>
            <w:r>
              <w:rPr>
                <w:b w:val="0"/>
                <w:sz w:val="18"/>
              </w:rPr>
              <w:t>X</w:t>
            </w:r>
          </w:p>
        </w:tc>
        <w:tc>
          <w:tcPr>
            <w:tcW w:type="dxa" w:w="1719"/>
          </w:tcPr>
          <w:p>
            <w:pPr>
              <w:spacing w:after="0" w:before="0" w:line="240" w:lineRule="auto"/>
            </w:pPr>
            <w:r>
              <w:rPr>
                <w:sz w:val="18"/>
              </w:rPr>
            </w:r>
            <w:r>
              <w:rPr>
                <w:b w:val="0"/>
                <w:sz w:val="18"/>
              </w:rPr>
              <w:t>Other</w:t>
            </w:r>
          </w:p>
        </w:tc>
        <w:tc>
          <w:tcPr>
            <w:tcW w:type="dxa" w:w="6864"/>
          </w:tcPr>
          <w:p>
            <w:pPr>
              <w:spacing w:after="0" w:before="0" w:line="240" w:lineRule="auto"/>
            </w:pPr>
            <w:r>
              <w:rPr>
                <w:sz w:val="18"/>
              </w:rPr>
            </w:r>
            <w:r>
              <w:rPr>
                <w:b w:val="0"/>
                <w:sz w:val="18"/>
              </w:rPr>
              <w:t>Comment mandatory</w:t>
            </w:r>
          </w:p>
        </w:tc>
      </w:tr>
    </w:tbl>
    <w:p/>
    <w:p>
      <w:pPr>
        <w:jc w:val="both"/>
      </w:pPr>
      <w:r>
        <w:rPr>
          <w:b w:val="0"/>
        </w:rPr>
        <w:t>Codes E, P, Q, T and O are considered controllable by CSO. Codes C, W, S1 and S2 are reported separately so the KPI clearly shows delays CSO can directly influence.</w:t>
      </w:r>
    </w:p>
    <w:p>
      <w:pPr>
        <w:jc w:val="both"/>
      </w:pPr>
      <w:r>
        <w:rPr>
          <w:b w:val="0"/>
        </w:rPr>
        <w:t>Q applies only to CSO equipment. Delays caused by vessel cranes, vessel gear or other ship owned equipment are coded C. This keeps CSO equipment delays separate from vessel related delays and aligns with the productivity report.</w:t>
      </w:r>
    </w:p>
    <w:p>
      <w:pPr>
        <w:jc w:val="both"/>
      </w:pPr>
      <w:r>
        <w:rPr>
          <w:b w:val="0"/>
        </w:rPr>
        <w:t>S1 is used when work is stopped because of an unsafe condition before an incident occurs. It is never counted against the gang and must never discourage anyone from stopping unsafe work. S2 is used when operations are stopped following an incident.</w:t>
      </w:r>
    </w:p>
    <w:p>
      <w:pPr>
        <w:jc w:val="both"/>
      </w:pPr>
      <w:r>
        <w:rPr>
          <w:b w:val="0"/>
        </w:rPr>
        <w:t>The Tally Clerk records the actual time and what happened. The SV assigns the reason code. If the cause is not clear at the workplace, the Tally Clerk leaves the code open and the SV completes it when the record is handed over at the end of the shift.</w:t>
      </w:r>
    </w:p>
    <w:p>
      <w:pPr>
        <w:spacing w:before="280"/>
      </w:pPr>
      <w:r>
        <w:rPr>
          <w:b/>
          <w:color w:val="005781"/>
          <w:sz w:val="26"/>
        </w:rPr>
        <w:t>6. Leadership and planning measures</w:t>
      </w:r>
    </w:p>
    <w:p>
      <w:pPr>
        <w:jc w:val="both"/>
      </w:pPr>
      <w:r>
        <w:rPr>
          <w:b w:val="0"/>
        </w:rPr>
        <w:t>Before asking the teams to start on time, leadership and planning must ensure that the teams are able to start on time. The following preparation timeline applies to each shift.</w:t>
      </w:r>
    </w:p>
    <w:p>
      <w:pPr>
        <w:jc w:val="both"/>
      </w:pPr>
      <w:r>
        <w:rPr>
          <w:b w:val="0"/>
        </w:rPr>
        <w:t>GSVs remain responsible until the end of their shift. Leaving before the end of the shift is only permitted when this has been communicated to the GSV group and the Operational Manager. The handover at 06:30, 14:30 or 22:30 is a handover of information, not the end of the outgoing GSV's responsibility.</w:t>
      </w:r>
    </w:p>
    <w:p>
      <w:pPr>
        <w:jc w:val="both"/>
      </w:pPr>
      <w:r>
        <w:rPr>
          <w:b w:val="0"/>
        </w:rPr>
        <w:t>At each operational start, every active vessel and workplace is walked and the GSV verifies that the gang is present, prepared and that productive work has started. The GSVs on shift arrange between themselves how the vessels are divided; that is their call and needs no further instruction here. What matters is that every workplace is covered. The round is walked outside, at the workplaces — it cannot be done from the canteen, and the allocation of men is the supervisor's job, not the GSV's. This verification supports the start and stop process and does not replace the factual Tally Clerk registration.</w:t>
      </w:r>
    </w:p>
    <w:p>
      <w:pPr>
        <w:keepNext/>
        <w:jc w:val="both"/>
      </w:pPr>
      <w:r>
        <w:rPr>
          <w:b w:val="0"/>
        </w:rPr>
        <w:t>After the handover, the outgoing GSV returns to the quay or yard to ensure that the outgoing shift continues working until the operational stop time and that the final handover takes place at the workplace.</w:t>
      </w:r>
    </w:p>
    <w:tbl>
      <w:tblPr>
        <w:tblStyle w:val="LightGrid-Accent1"/>
        <w:tblW w:type="auto" w:w="0"/>
        <w:jc w:val="left"/>
        <w:tblLayout w:type="fixed"/>
        <w:tblLook w:firstColumn="1" w:firstRow="1" w:lastColumn="0" w:lastRow="0" w:noHBand="0" w:noVBand="1" w:val="04A0"/>
        <w:tblLayout w:type="fixed"/>
      </w:tblPr>
      <w:tblGrid>
        <w:gridCol w:w="1972"/>
        <w:gridCol w:w="1972"/>
        <w:gridCol w:w="1972"/>
        <w:gridCol w:w="1972"/>
        <w:gridCol w:w="1972"/>
      </w:tblGrid>
      <w:tr>
        <w:trPr>
          <w:tblHeader/>
          <w:cantSplit/>
        </w:trPr>
        <w:tc>
          <w:tcPr>
            <w:tcW w:type="dxa" w:w="3788"/>
          </w:tcPr>
          <w:p>
            <w:pPr>
              <w:keepNext/>
              <w:spacing w:after="0" w:before="0" w:line="240" w:lineRule="auto"/>
            </w:pPr>
            <w:r>
              <w:rPr>
                <w:b/>
                <w:sz w:val="18"/>
              </w:rPr>
            </w:r>
            <w:r>
              <w:rPr>
                <w:b/>
                <w:sz w:val="18"/>
              </w:rPr>
              <w:t>Step</w:t>
            </w:r>
          </w:p>
        </w:tc>
        <w:tc>
          <w:tcPr>
            <w:tcW w:type="dxa" w:w="1371"/>
          </w:tcPr>
          <w:p>
            <w:pPr>
              <w:keepNext/>
              <w:spacing w:after="0" w:before="0" w:line="240" w:lineRule="auto"/>
            </w:pPr>
            <w:r>
              <w:rPr>
                <w:b/>
                <w:sz w:val="18"/>
              </w:rPr>
            </w:r>
            <w:r>
              <w:rPr>
                <w:b/>
                <w:sz w:val="18"/>
              </w:rPr>
              <w:t>Morning</w:t>
            </w:r>
          </w:p>
        </w:tc>
        <w:tc>
          <w:tcPr>
            <w:tcW w:type="dxa" w:w="1371"/>
          </w:tcPr>
          <w:p>
            <w:pPr>
              <w:keepNext/>
              <w:spacing w:after="0" w:before="0" w:line="240" w:lineRule="auto"/>
            </w:pPr>
            <w:r>
              <w:rPr>
                <w:b/>
                <w:sz w:val="18"/>
              </w:rPr>
            </w:r>
            <w:r>
              <w:rPr>
                <w:b/>
                <w:sz w:val="18"/>
              </w:rPr>
              <w:t>Afternoon</w:t>
            </w:r>
          </w:p>
        </w:tc>
        <w:tc>
          <w:tcPr>
            <w:tcW w:type="dxa" w:w="1371"/>
          </w:tcPr>
          <w:p>
            <w:pPr>
              <w:keepNext/>
              <w:spacing w:after="0" w:before="0" w:line="240" w:lineRule="auto"/>
            </w:pPr>
            <w:r>
              <w:rPr>
                <w:b/>
                <w:sz w:val="18"/>
              </w:rPr>
            </w:r>
            <w:r>
              <w:rPr>
                <w:b/>
                <w:sz w:val="18"/>
              </w:rPr>
              <w:t>Night</w:t>
            </w:r>
          </w:p>
        </w:tc>
        <w:tc>
          <w:tcPr>
            <w:tcW w:type="dxa" w:w="1623"/>
          </w:tcPr>
          <w:p>
            <w:pPr>
              <w:keepNext/>
              <w:spacing w:after="0" w:before="0" w:line="240" w:lineRule="auto"/>
            </w:pPr>
            <w:r>
              <w:rPr>
                <w:b/>
                <w:sz w:val="18"/>
              </w:rPr>
            </w:r>
            <w:r>
              <w:rPr>
                <w:b/>
                <w:sz w:val="18"/>
              </w:rPr>
              <w:t>Responsible</w:t>
            </w:r>
          </w:p>
        </w:tc>
      </w:tr>
      <w:tr>
        <w:trPr>
          <w:cantSplit/>
        </w:trPr>
        <w:tc>
          <w:tcPr>
            <w:tcW w:type="dxa" w:w="3788"/>
          </w:tcPr>
          <w:p>
            <w:pPr>
              <w:keepNext/>
              <w:spacing w:after="0" w:before="0" w:line="240" w:lineRule="auto"/>
            </w:pPr>
            <w:r>
              <w:rPr>
                <w:sz w:val="18"/>
              </w:rPr>
            </w:r>
            <w:r>
              <w:rPr>
                <w:b w:val="0"/>
                <w:sz w:val="18"/>
              </w:rPr>
              <w:t>Absence deadline — all notifications in, own staff and third party (section 8)</w:t>
            </w:r>
          </w:p>
        </w:tc>
        <w:tc>
          <w:tcPr>
            <w:tcW w:type="dxa" w:w="1371"/>
          </w:tcPr>
          <w:p>
            <w:pPr>
              <w:keepNext/>
              <w:spacing w:after="0" w:before="0" w:line="240" w:lineRule="auto"/>
            </w:pPr>
            <w:r>
              <w:rPr>
                <w:sz w:val="18"/>
              </w:rPr>
            </w:r>
            <w:r>
              <w:rPr>
                <w:b w:val="0"/>
                <w:sz w:val="18"/>
              </w:rPr>
              <w:t>06:00</w:t>
            </w:r>
          </w:p>
        </w:tc>
        <w:tc>
          <w:tcPr>
            <w:tcW w:type="dxa" w:w="1371"/>
          </w:tcPr>
          <w:p>
            <w:pPr>
              <w:keepNext/>
              <w:spacing w:after="0" w:before="0" w:line="240" w:lineRule="auto"/>
            </w:pPr>
            <w:r>
              <w:rPr>
                <w:sz w:val="18"/>
              </w:rPr>
            </w:r>
            <w:r>
              <w:rPr>
                <w:b w:val="0"/>
                <w:sz w:val="18"/>
              </w:rPr>
              <w:t>14:00</w:t>
            </w:r>
          </w:p>
        </w:tc>
        <w:tc>
          <w:tcPr>
            <w:tcW w:type="dxa" w:w="1371"/>
          </w:tcPr>
          <w:p>
            <w:pPr>
              <w:keepNext/>
              <w:spacing w:after="0" w:before="0" w:line="240" w:lineRule="auto"/>
            </w:pPr>
            <w:r>
              <w:rPr>
                <w:sz w:val="18"/>
              </w:rPr>
            </w:r>
            <w:r>
              <w:rPr>
                <w:b w:val="0"/>
                <w:sz w:val="18"/>
              </w:rPr>
              <w:t>22:00</w:t>
            </w:r>
          </w:p>
        </w:tc>
        <w:tc>
          <w:tcPr>
            <w:tcW w:type="dxa" w:w="1623"/>
          </w:tcPr>
          <w:p>
            <w:pPr>
              <w:keepNext/>
              <w:spacing w:after="0" w:before="0" w:line="240" w:lineRule="auto"/>
            </w:pPr>
            <w:r>
              <w:rPr>
                <w:sz w:val="18"/>
              </w:rPr>
            </w:r>
            <w:r>
              <w:rPr>
                <w:b w:val="0"/>
                <w:sz w:val="18"/>
              </w:rPr>
              <w:t>outgoing GSV</w:t>
            </w:r>
          </w:p>
        </w:tc>
      </w:tr>
      <w:tr>
        <w:trPr>
          <w:cantSplit/>
        </w:trPr>
        <w:tc>
          <w:tcPr>
            <w:tcW w:type="dxa" w:w="3788"/>
          </w:tcPr>
          <w:p>
            <w:pPr>
              <w:keepNext/>
              <w:spacing w:after="0" w:before="0" w:line="240" w:lineRule="auto"/>
            </w:pPr>
            <w:r>
              <w:rPr>
                <w:sz w:val="18"/>
              </w:rPr>
            </w:r>
            <w:r>
              <w:rPr>
                <w:b w:val="0"/>
                <w:sz w:val="18"/>
              </w:rPr>
              <w:t>GSVs present at the terminal</w:t>
            </w:r>
          </w:p>
        </w:tc>
        <w:tc>
          <w:tcPr>
            <w:tcW w:type="dxa" w:w="1371"/>
          </w:tcPr>
          <w:p>
            <w:pPr>
              <w:keepNext/>
              <w:spacing w:after="0" w:before="0" w:line="240" w:lineRule="auto"/>
            </w:pPr>
            <w:r>
              <w:rPr>
                <w:sz w:val="18"/>
              </w:rPr>
            </w:r>
            <w:r>
              <w:rPr>
                <w:b w:val="0"/>
                <w:sz w:val="18"/>
              </w:rPr>
              <w:t>06:15</w:t>
            </w:r>
          </w:p>
        </w:tc>
        <w:tc>
          <w:tcPr>
            <w:tcW w:type="dxa" w:w="1371"/>
          </w:tcPr>
          <w:p>
            <w:pPr>
              <w:keepNext/>
              <w:spacing w:after="0" w:before="0" w:line="240" w:lineRule="auto"/>
            </w:pPr>
            <w:r>
              <w:rPr>
                <w:sz w:val="18"/>
              </w:rPr>
            </w:r>
            <w:r>
              <w:rPr>
                <w:b w:val="0"/>
                <w:sz w:val="18"/>
              </w:rPr>
              <w:t>14:15</w:t>
            </w:r>
          </w:p>
        </w:tc>
        <w:tc>
          <w:tcPr>
            <w:tcW w:type="dxa" w:w="1371"/>
          </w:tcPr>
          <w:p>
            <w:pPr>
              <w:keepNext/>
              <w:spacing w:after="0" w:before="0" w:line="240" w:lineRule="auto"/>
            </w:pPr>
            <w:r>
              <w:rPr>
                <w:sz w:val="18"/>
              </w:rPr>
            </w:r>
            <w:r>
              <w:rPr>
                <w:b w:val="0"/>
                <w:sz w:val="18"/>
              </w:rPr>
              <w:t>22:15</w:t>
            </w:r>
          </w:p>
        </w:tc>
        <w:tc>
          <w:tcPr>
            <w:tcW w:type="dxa" w:w="1623"/>
          </w:tcPr>
          <w:p>
            <w:pPr>
              <w:keepNext/>
              <w:spacing w:after="0" w:before="0" w:line="240" w:lineRule="auto"/>
            </w:pPr>
            <w:r>
              <w:rPr>
                <w:sz w:val="18"/>
              </w:rPr>
            </w:r>
            <w:r>
              <w:rPr>
                <w:b w:val="0"/>
                <w:sz w:val="18"/>
              </w:rPr>
              <w:t>GSVs</w:t>
            </w:r>
          </w:p>
        </w:tc>
      </w:tr>
      <w:tr>
        <w:trPr>
          <w:cantSplit/>
        </w:trPr>
        <w:tc>
          <w:tcPr>
            <w:tcW w:type="dxa" w:w="3788"/>
          </w:tcPr>
          <w:p>
            <w:pPr>
              <w:keepNext/>
              <w:spacing w:after="0" w:before="0" w:line="240" w:lineRule="auto"/>
            </w:pPr>
            <w:r>
              <w:rPr>
                <w:sz w:val="18"/>
              </w:rPr>
            </w:r>
            <w:r>
              <w:rPr>
                <w:b w:val="0"/>
                <w:sz w:val="18"/>
              </w:rPr>
              <w:t>System and IVMS checks — presence and clock-in status (section 7)</w:t>
            </w:r>
          </w:p>
        </w:tc>
        <w:tc>
          <w:tcPr>
            <w:tcW w:type="dxa" w:w="1371"/>
          </w:tcPr>
          <w:p>
            <w:pPr>
              <w:keepNext/>
              <w:spacing w:after="0" w:before="0" w:line="240" w:lineRule="auto"/>
            </w:pPr>
            <w:r>
              <w:rPr>
                <w:sz w:val="18"/>
              </w:rPr>
            </w:r>
            <w:r>
              <w:rPr>
                <w:b w:val="0"/>
                <w:sz w:val="18"/>
              </w:rPr>
              <w:t>06:15 – 06:45</w:t>
            </w:r>
          </w:p>
        </w:tc>
        <w:tc>
          <w:tcPr>
            <w:tcW w:type="dxa" w:w="1371"/>
          </w:tcPr>
          <w:p>
            <w:pPr>
              <w:keepNext/>
              <w:spacing w:after="0" w:before="0" w:line="240" w:lineRule="auto"/>
            </w:pPr>
            <w:r>
              <w:rPr>
                <w:sz w:val="18"/>
              </w:rPr>
            </w:r>
            <w:r>
              <w:rPr>
                <w:b w:val="0"/>
                <w:sz w:val="18"/>
              </w:rPr>
              <w:t>14:15 – 14:45</w:t>
            </w:r>
          </w:p>
        </w:tc>
        <w:tc>
          <w:tcPr>
            <w:tcW w:type="dxa" w:w="1371"/>
          </w:tcPr>
          <w:p>
            <w:pPr>
              <w:keepNext/>
              <w:spacing w:after="0" w:before="0" w:line="240" w:lineRule="auto"/>
            </w:pPr>
            <w:r>
              <w:rPr>
                <w:sz w:val="18"/>
              </w:rPr>
            </w:r>
            <w:r>
              <w:rPr>
                <w:b w:val="0"/>
                <w:sz w:val="18"/>
              </w:rPr>
              <w:t>22:15 – 22:45</w:t>
            </w:r>
          </w:p>
        </w:tc>
        <w:tc>
          <w:tcPr>
            <w:tcW w:type="dxa" w:w="1623"/>
          </w:tcPr>
          <w:p>
            <w:pPr>
              <w:keepNext/>
              <w:spacing w:after="0" w:before="0" w:line="240" w:lineRule="auto"/>
            </w:pPr>
            <w:r>
              <w:rPr>
                <w:sz w:val="18"/>
              </w:rPr>
            </w:r>
            <w:r>
              <w:rPr>
                <w:b w:val="0"/>
                <w:sz w:val="18"/>
              </w:rPr>
              <w:t>PMO / OPS</w:t>
            </w:r>
          </w:p>
        </w:tc>
      </w:tr>
      <w:tr>
        <w:trPr>
          <w:cantSplit/>
        </w:trPr>
        <w:tc>
          <w:tcPr>
            <w:tcW w:type="dxa" w:w="3788"/>
          </w:tcPr>
          <w:p>
            <w:pPr>
              <w:keepNext/>
              <w:spacing w:after="0" w:before="0" w:line="240" w:lineRule="auto"/>
            </w:pPr>
            <w:r>
              <w:rPr>
                <w:sz w:val="18"/>
              </w:rPr>
            </w:r>
            <w:r>
              <w:rPr>
                <w:b w:val="0"/>
                <w:sz w:val="18"/>
              </w:rPr>
              <w:t>SV2 and SV3 present at the terminal</w:t>
            </w:r>
          </w:p>
        </w:tc>
        <w:tc>
          <w:tcPr>
            <w:tcW w:type="dxa" w:w="1371"/>
          </w:tcPr>
          <w:p>
            <w:pPr>
              <w:keepNext/>
              <w:spacing w:after="0" w:before="0" w:line="240" w:lineRule="auto"/>
            </w:pPr>
            <w:r>
              <w:rPr>
                <w:sz w:val="18"/>
              </w:rPr>
            </w:r>
            <w:r>
              <w:rPr>
                <w:b w:val="0"/>
                <w:sz w:val="18"/>
              </w:rPr>
              <w:t>06:30</w:t>
            </w:r>
          </w:p>
        </w:tc>
        <w:tc>
          <w:tcPr>
            <w:tcW w:type="dxa" w:w="1371"/>
          </w:tcPr>
          <w:p>
            <w:pPr>
              <w:keepNext/>
              <w:spacing w:after="0" w:before="0" w:line="240" w:lineRule="auto"/>
            </w:pPr>
            <w:r>
              <w:rPr>
                <w:sz w:val="18"/>
              </w:rPr>
            </w:r>
            <w:r>
              <w:rPr>
                <w:b w:val="0"/>
                <w:sz w:val="18"/>
              </w:rPr>
              <w:t>14:30</w:t>
            </w:r>
          </w:p>
        </w:tc>
        <w:tc>
          <w:tcPr>
            <w:tcW w:type="dxa" w:w="1371"/>
          </w:tcPr>
          <w:p>
            <w:pPr>
              <w:keepNext/>
              <w:spacing w:after="0" w:before="0" w:line="240" w:lineRule="auto"/>
            </w:pPr>
            <w:r>
              <w:rPr>
                <w:sz w:val="18"/>
              </w:rPr>
            </w:r>
            <w:r>
              <w:rPr>
                <w:b w:val="0"/>
                <w:sz w:val="18"/>
              </w:rPr>
              <w:t>22:30</w:t>
            </w:r>
          </w:p>
        </w:tc>
        <w:tc>
          <w:tcPr>
            <w:tcW w:type="dxa" w:w="1623"/>
          </w:tcPr>
          <w:p>
            <w:pPr>
              <w:keepNext/>
              <w:spacing w:after="0" w:before="0" w:line="240" w:lineRule="auto"/>
            </w:pPr>
            <w:r>
              <w:rPr>
                <w:sz w:val="18"/>
              </w:rPr>
            </w:r>
            <w:r>
              <w:rPr>
                <w:b w:val="0"/>
                <w:sz w:val="18"/>
              </w:rPr>
              <w:t>SV2 / SV3</w:t>
            </w:r>
          </w:p>
        </w:tc>
      </w:tr>
      <w:tr>
        <w:trPr>
          <w:cantSplit/>
        </w:trPr>
        <w:tc>
          <w:tcPr>
            <w:tcW w:type="dxa" w:w="3788"/>
          </w:tcPr>
          <w:p>
            <w:pPr>
              <w:keepNext/>
              <w:spacing w:after="0" w:before="0" w:line="240" w:lineRule="auto"/>
            </w:pPr>
            <w:r>
              <w:rPr>
                <w:sz w:val="18"/>
              </w:rPr>
            </w:r>
            <w:r>
              <w:rPr>
                <w:b w:val="0"/>
                <w:sz w:val="18"/>
              </w:rPr>
              <w:t>Handover meeting — SVs of the outgoing shift stay at their vessels or workplaces</w:t>
            </w:r>
          </w:p>
        </w:tc>
        <w:tc>
          <w:tcPr>
            <w:tcW w:type="dxa" w:w="1371"/>
          </w:tcPr>
          <w:p>
            <w:pPr>
              <w:keepNext/>
              <w:spacing w:after="0" w:before="0" w:line="240" w:lineRule="auto"/>
            </w:pPr>
            <w:r>
              <w:rPr>
                <w:sz w:val="18"/>
              </w:rPr>
            </w:r>
            <w:r>
              <w:rPr>
                <w:b w:val="0"/>
                <w:sz w:val="18"/>
              </w:rPr>
              <w:t>06:30</w:t>
            </w:r>
          </w:p>
        </w:tc>
        <w:tc>
          <w:tcPr>
            <w:tcW w:type="dxa" w:w="1371"/>
          </w:tcPr>
          <w:p>
            <w:pPr>
              <w:keepNext/>
              <w:spacing w:after="0" w:before="0" w:line="240" w:lineRule="auto"/>
            </w:pPr>
            <w:r>
              <w:rPr>
                <w:sz w:val="18"/>
              </w:rPr>
            </w:r>
            <w:r>
              <w:rPr>
                <w:b w:val="0"/>
                <w:sz w:val="18"/>
              </w:rPr>
              <w:t>14:30</w:t>
            </w:r>
          </w:p>
        </w:tc>
        <w:tc>
          <w:tcPr>
            <w:tcW w:type="dxa" w:w="1371"/>
          </w:tcPr>
          <w:p>
            <w:pPr>
              <w:keepNext/>
              <w:spacing w:after="0" w:before="0" w:line="240" w:lineRule="auto"/>
            </w:pPr>
            <w:r>
              <w:rPr>
                <w:sz w:val="18"/>
              </w:rPr>
            </w:r>
            <w:r>
              <w:rPr>
                <w:b w:val="0"/>
                <w:sz w:val="18"/>
              </w:rPr>
              <w:t>22:30</w:t>
            </w:r>
          </w:p>
        </w:tc>
        <w:tc>
          <w:tcPr>
            <w:tcW w:type="dxa" w:w="1623"/>
          </w:tcPr>
          <w:p>
            <w:pPr>
              <w:keepNext/>
              <w:spacing w:after="0" w:before="0" w:line="240" w:lineRule="auto"/>
            </w:pPr>
            <w:r>
              <w:rPr>
                <w:sz w:val="18"/>
              </w:rPr>
            </w:r>
            <w:r>
              <w:rPr>
                <w:b w:val="0"/>
                <w:sz w:val="18"/>
              </w:rPr>
              <w:t>incoming / outgoing GSV</w:t>
            </w:r>
          </w:p>
        </w:tc>
      </w:tr>
      <w:tr>
        <w:trPr>
          <w:cantSplit/>
        </w:trPr>
        <w:tc>
          <w:tcPr>
            <w:tcW w:type="dxa" w:w="3788"/>
          </w:tcPr>
          <w:p>
            <w:pPr>
              <w:keepNext/>
              <w:spacing w:after="0" w:before="0" w:line="240" w:lineRule="auto"/>
            </w:pPr>
            <w:r>
              <w:rPr>
                <w:sz w:val="18"/>
              </w:rPr>
            </w:r>
            <w:r>
              <w:rPr>
                <w:b w:val="0"/>
                <w:sz w:val="18"/>
              </w:rPr>
              <w:t>Shift planning finalised, including replacements for reported absences</w:t>
            </w:r>
          </w:p>
        </w:tc>
        <w:tc>
          <w:tcPr>
            <w:tcW w:type="dxa" w:w="1371"/>
          </w:tcPr>
          <w:p>
            <w:pPr>
              <w:keepNext/>
              <w:spacing w:after="0" w:before="0" w:line="240" w:lineRule="auto"/>
            </w:pPr>
            <w:r>
              <w:rPr>
                <w:sz w:val="18"/>
              </w:rPr>
            </w:r>
            <w:r>
              <w:rPr>
                <w:b w:val="0"/>
                <w:sz w:val="18"/>
              </w:rPr>
              <w:t>06:45</w:t>
            </w:r>
          </w:p>
        </w:tc>
        <w:tc>
          <w:tcPr>
            <w:tcW w:type="dxa" w:w="1371"/>
          </w:tcPr>
          <w:p>
            <w:pPr>
              <w:keepNext/>
              <w:spacing w:after="0" w:before="0" w:line="240" w:lineRule="auto"/>
            </w:pPr>
            <w:r>
              <w:rPr>
                <w:sz w:val="18"/>
              </w:rPr>
            </w:r>
            <w:r>
              <w:rPr>
                <w:b w:val="0"/>
                <w:sz w:val="18"/>
              </w:rPr>
              <w:t>14:45</w:t>
            </w:r>
          </w:p>
        </w:tc>
        <w:tc>
          <w:tcPr>
            <w:tcW w:type="dxa" w:w="1371"/>
          </w:tcPr>
          <w:p>
            <w:pPr>
              <w:keepNext/>
              <w:spacing w:after="0" w:before="0" w:line="240" w:lineRule="auto"/>
            </w:pPr>
            <w:r>
              <w:rPr>
                <w:sz w:val="18"/>
              </w:rPr>
            </w:r>
            <w:r>
              <w:rPr>
                <w:b w:val="0"/>
                <w:sz w:val="18"/>
              </w:rPr>
              <w:t>22:45</w:t>
            </w:r>
          </w:p>
        </w:tc>
        <w:tc>
          <w:tcPr>
            <w:tcW w:type="dxa" w:w="1623"/>
          </w:tcPr>
          <w:p>
            <w:pPr>
              <w:keepNext/>
              <w:spacing w:after="0" w:before="0" w:line="240" w:lineRule="auto"/>
            </w:pPr>
            <w:r>
              <w:rPr>
                <w:sz w:val="18"/>
              </w:rPr>
            </w:r>
            <w:r>
              <w:rPr>
                <w:b w:val="0"/>
                <w:sz w:val="18"/>
              </w:rPr>
              <w:t>incoming GSV</w:t>
            </w:r>
          </w:p>
        </w:tc>
      </w:tr>
      <w:tr>
        <w:trPr>
          <w:cantSplit/>
        </w:trPr>
        <w:tc>
          <w:tcPr>
            <w:tcW w:type="dxa" w:w="3788"/>
          </w:tcPr>
          <w:p>
            <w:pPr>
              <w:keepNext/>
              <w:spacing w:after="0" w:before="0" w:line="240" w:lineRule="auto"/>
            </w:pPr>
            <w:r>
              <w:rPr>
                <w:sz w:val="18"/>
              </w:rPr>
            </w:r>
            <w:r>
              <w:rPr>
                <w:b w:val="0"/>
                <w:sz w:val="18"/>
              </w:rPr>
              <w:t>Clock in — SVs present in the canteen, allocating the men on arrival</w:t>
            </w:r>
          </w:p>
        </w:tc>
        <w:tc>
          <w:tcPr>
            <w:tcW w:type="dxa" w:w="1371"/>
          </w:tcPr>
          <w:p>
            <w:pPr>
              <w:keepNext/>
              <w:spacing w:after="0" w:before="0" w:line="240" w:lineRule="auto"/>
            </w:pPr>
            <w:r>
              <w:rPr>
                <w:sz w:val="18"/>
              </w:rPr>
            </w:r>
            <w:r>
              <w:rPr>
                <w:b w:val="0"/>
                <w:sz w:val="18"/>
              </w:rPr>
              <w:t>07:00</w:t>
            </w:r>
          </w:p>
        </w:tc>
        <w:tc>
          <w:tcPr>
            <w:tcW w:type="dxa" w:w="1371"/>
          </w:tcPr>
          <w:p>
            <w:pPr>
              <w:keepNext/>
              <w:spacing w:after="0" w:before="0" w:line="240" w:lineRule="auto"/>
            </w:pPr>
            <w:r>
              <w:rPr>
                <w:sz w:val="18"/>
              </w:rPr>
            </w:r>
            <w:r>
              <w:rPr>
                <w:b w:val="0"/>
                <w:sz w:val="18"/>
              </w:rPr>
              <w:t>15:00</w:t>
            </w:r>
          </w:p>
        </w:tc>
        <w:tc>
          <w:tcPr>
            <w:tcW w:type="dxa" w:w="1371"/>
          </w:tcPr>
          <w:p>
            <w:pPr>
              <w:keepNext/>
              <w:spacing w:after="0" w:before="0" w:line="240" w:lineRule="auto"/>
            </w:pPr>
            <w:r>
              <w:rPr>
                <w:sz w:val="18"/>
              </w:rPr>
            </w:r>
            <w:r>
              <w:rPr>
                <w:b w:val="0"/>
                <w:sz w:val="18"/>
              </w:rPr>
              <w:t>23:00</w:t>
            </w:r>
          </w:p>
        </w:tc>
        <w:tc>
          <w:tcPr>
            <w:tcW w:type="dxa" w:w="1623"/>
          </w:tcPr>
          <w:p>
            <w:pPr>
              <w:keepNext/>
              <w:spacing w:after="0" w:before="0" w:line="240" w:lineRule="auto"/>
            </w:pPr>
            <w:r>
              <w:rPr>
                <w:sz w:val="18"/>
              </w:rPr>
            </w:r>
            <w:r>
              <w:rPr>
                <w:b w:val="0"/>
                <w:sz w:val="18"/>
              </w:rPr>
              <w:t>SVs</w:t>
            </w:r>
          </w:p>
        </w:tc>
      </w:tr>
      <w:tr>
        <w:trPr>
          <w:cantSplit/>
        </w:trPr>
        <w:tc>
          <w:tcPr>
            <w:tcW w:type="dxa" w:w="3788"/>
          </w:tcPr>
          <w:p>
            <w:pPr>
              <w:keepNext/>
              <w:spacing w:after="0" w:before="0" w:line="240" w:lineRule="auto"/>
            </w:pPr>
            <w:r>
              <w:rPr>
                <w:sz w:val="18"/>
              </w:rPr>
            </w:r>
            <w:r>
              <w:rPr>
                <w:b w:val="0"/>
                <w:sz w:val="18"/>
              </w:rPr>
              <w:t>Toolbox talk — general first, then per vessel or work area; PPE and gear prepared</w:t>
            </w:r>
          </w:p>
        </w:tc>
        <w:tc>
          <w:tcPr>
            <w:tcW w:type="dxa" w:w="1371"/>
          </w:tcPr>
          <w:p>
            <w:pPr>
              <w:keepNext/>
              <w:spacing w:after="0" w:before="0" w:line="240" w:lineRule="auto"/>
            </w:pPr>
            <w:r>
              <w:rPr>
                <w:sz w:val="18"/>
              </w:rPr>
            </w:r>
            <w:r>
              <w:rPr>
                <w:b w:val="0"/>
                <w:sz w:val="18"/>
              </w:rPr>
              <w:t>07:00 – 07:15</w:t>
            </w:r>
          </w:p>
        </w:tc>
        <w:tc>
          <w:tcPr>
            <w:tcW w:type="dxa" w:w="1371"/>
          </w:tcPr>
          <w:p>
            <w:pPr>
              <w:keepNext/>
              <w:spacing w:after="0" w:before="0" w:line="240" w:lineRule="auto"/>
            </w:pPr>
            <w:r>
              <w:rPr>
                <w:sz w:val="18"/>
              </w:rPr>
            </w:r>
            <w:r>
              <w:rPr>
                <w:b w:val="0"/>
                <w:sz w:val="18"/>
              </w:rPr>
              <w:t>15:00 – 15:15</w:t>
            </w:r>
          </w:p>
        </w:tc>
        <w:tc>
          <w:tcPr>
            <w:tcW w:type="dxa" w:w="1371"/>
          </w:tcPr>
          <w:p>
            <w:pPr>
              <w:keepNext/>
              <w:spacing w:after="0" w:before="0" w:line="240" w:lineRule="auto"/>
            </w:pPr>
            <w:r>
              <w:rPr>
                <w:sz w:val="18"/>
              </w:rPr>
            </w:r>
            <w:r>
              <w:rPr>
                <w:b w:val="0"/>
                <w:sz w:val="18"/>
              </w:rPr>
              <w:t>23:00 – 23:15</w:t>
            </w:r>
          </w:p>
        </w:tc>
        <w:tc>
          <w:tcPr>
            <w:tcW w:type="dxa" w:w="1623"/>
          </w:tcPr>
          <w:p>
            <w:pPr>
              <w:keepNext/>
              <w:spacing w:after="0" w:before="0" w:line="240" w:lineRule="auto"/>
            </w:pPr>
            <w:r>
              <w:rPr>
                <w:sz w:val="18"/>
              </w:rPr>
            </w:r>
            <w:r>
              <w:rPr>
                <w:b w:val="0"/>
                <w:sz w:val="18"/>
              </w:rPr>
              <w:t>SVs</w:t>
            </w:r>
          </w:p>
        </w:tc>
      </w:tr>
      <w:tr>
        <w:trPr>
          <w:cantSplit/>
        </w:trPr>
        <w:tc>
          <w:tcPr>
            <w:tcW w:type="dxa" w:w="3788"/>
          </w:tcPr>
          <w:p>
            <w:pPr>
              <w:keepNext/>
              <w:spacing w:after="0" w:before="0" w:line="240" w:lineRule="auto"/>
            </w:pPr>
            <w:r>
              <w:rPr>
                <w:sz w:val="18"/>
              </w:rPr>
            </w:r>
            <w:r>
              <w:rPr>
                <w:b w:val="0"/>
                <w:sz w:val="18"/>
              </w:rPr>
              <w:t>Canteen cleared; transport leaves for the distant berths</w:t>
            </w:r>
          </w:p>
        </w:tc>
        <w:tc>
          <w:tcPr>
            <w:tcW w:type="dxa" w:w="1371"/>
          </w:tcPr>
          <w:p>
            <w:pPr>
              <w:keepNext/>
              <w:spacing w:after="0" w:before="0" w:line="240" w:lineRule="auto"/>
            </w:pPr>
            <w:r>
              <w:rPr>
                <w:sz w:val="18"/>
              </w:rPr>
            </w:r>
            <w:r>
              <w:rPr>
                <w:b w:val="0"/>
                <w:sz w:val="18"/>
              </w:rPr>
              <w:t>07:15</w:t>
            </w:r>
          </w:p>
        </w:tc>
        <w:tc>
          <w:tcPr>
            <w:tcW w:type="dxa" w:w="1371"/>
          </w:tcPr>
          <w:p>
            <w:pPr>
              <w:keepNext/>
              <w:spacing w:after="0" w:before="0" w:line="240" w:lineRule="auto"/>
            </w:pPr>
            <w:r>
              <w:rPr>
                <w:sz w:val="18"/>
              </w:rPr>
            </w:r>
            <w:r>
              <w:rPr>
                <w:b w:val="0"/>
                <w:sz w:val="18"/>
              </w:rPr>
              <w:t>15:15</w:t>
            </w:r>
          </w:p>
        </w:tc>
        <w:tc>
          <w:tcPr>
            <w:tcW w:type="dxa" w:w="1371"/>
          </w:tcPr>
          <w:p>
            <w:pPr>
              <w:keepNext/>
              <w:spacing w:after="0" w:before="0" w:line="240" w:lineRule="auto"/>
            </w:pPr>
            <w:r>
              <w:rPr>
                <w:sz w:val="18"/>
              </w:rPr>
            </w:r>
            <w:r>
              <w:rPr>
                <w:b w:val="0"/>
                <w:sz w:val="18"/>
              </w:rPr>
              <w:t>23:15</w:t>
            </w:r>
          </w:p>
        </w:tc>
        <w:tc>
          <w:tcPr>
            <w:tcW w:type="dxa" w:w="1623"/>
          </w:tcPr>
          <w:p>
            <w:pPr>
              <w:keepNext/>
              <w:spacing w:after="0" w:before="0" w:line="240" w:lineRule="auto"/>
            </w:pPr>
            <w:r>
              <w:rPr>
                <w:sz w:val="18"/>
              </w:rPr>
            </w:r>
            <w:r>
              <w:rPr>
                <w:b w:val="0"/>
                <w:sz w:val="18"/>
              </w:rPr>
              <w:t>SVs</w:t>
            </w:r>
          </w:p>
        </w:tc>
      </w:tr>
      <w:tr>
        <w:trPr>
          <w:cantSplit/>
        </w:trPr>
        <w:tc>
          <w:tcPr>
            <w:tcW w:type="dxa" w:w="3788"/>
          </w:tcPr>
          <w:p>
            <w:pPr>
              <w:keepNext/>
              <w:spacing w:after="0" w:before="0" w:line="240" w:lineRule="auto"/>
            </w:pPr>
            <w:r>
              <w:rPr>
                <w:sz w:val="18"/>
              </w:rPr>
            </w:r>
            <w:r>
              <w:rPr>
                <w:b w:val="0"/>
                <w:sz w:val="18"/>
              </w:rPr>
              <w:t>Fifteen minutes planned (section 2.1)</w:t>
            </w:r>
          </w:p>
        </w:tc>
        <w:tc>
          <w:tcPr>
            <w:tcW w:type="dxa" w:w="1371"/>
          </w:tcPr>
          <w:p>
            <w:pPr>
              <w:keepNext/>
              <w:spacing w:after="0" w:before="0" w:line="240" w:lineRule="auto"/>
            </w:pPr>
            <w:r>
              <w:rPr>
                <w:sz w:val="18"/>
              </w:rPr>
            </w:r>
            <w:r>
              <w:rPr>
                <w:b w:val="0"/>
                <w:sz w:val="18"/>
              </w:rPr>
              <w:t>—</w:t>
            </w:r>
          </w:p>
        </w:tc>
        <w:tc>
          <w:tcPr>
            <w:tcW w:type="dxa" w:w="1371"/>
          </w:tcPr>
          <w:p>
            <w:pPr>
              <w:keepNext/>
              <w:spacing w:after="0" w:before="0" w:line="240" w:lineRule="auto"/>
            </w:pPr>
            <w:r>
              <w:rPr>
                <w:sz w:val="18"/>
              </w:rPr>
            </w:r>
            <w:r>
              <w:rPr>
                <w:b w:val="0"/>
                <w:sz w:val="18"/>
              </w:rPr>
              <w:t>15:30 – 15:45</w:t>
            </w:r>
          </w:p>
        </w:tc>
        <w:tc>
          <w:tcPr>
            <w:tcW w:type="dxa" w:w="1371"/>
          </w:tcPr>
          <w:p>
            <w:pPr>
              <w:keepNext/>
              <w:spacing w:after="0" w:before="0" w:line="240" w:lineRule="auto"/>
            </w:pPr>
            <w:r>
              <w:rPr>
                <w:sz w:val="18"/>
              </w:rPr>
            </w:r>
            <w:r>
              <w:rPr>
                <w:b w:val="0"/>
                <w:sz w:val="18"/>
              </w:rPr>
              <w:t>—</w:t>
            </w:r>
          </w:p>
        </w:tc>
        <w:tc>
          <w:tcPr>
            <w:tcW w:type="dxa" w:w="1623"/>
          </w:tcPr>
          <w:p>
            <w:pPr>
              <w:keepNext/>
              <w:spacing w:after="0" w:before="0" w:line="240" w:lineRule="auto"/>
            </w:pPr>
            <w:r>
              <w:rPr>
                <w:sz w:val="18"/>
              </w:rPr>
            </w:r>
            <w:r>
              <w:rPr>
                <w:b w:val="0"/>
                <w:sz w:val="18"/>
              </w:rPr>
              <w:t>SVs / employees</w:t>
            </w:r>
          </w:p>
        </w:tc>
      </w:tr>
      <w:tr>
        <w:trPr>
          <w:cantSplit/>
        </w:trPr>
        <w:tc>
          <w:tcPr>
            <w:tcW w:type="dxa" w:w="3788"/>
          </w:tcPr>
          <w:p>
            <w:pPr>
              <w:keepNext/>
              <w:spacing w:after="0" w:before="0" w:line="240" w:lineRule="auto"/>
            </w:pPr>
            <w:r>
              <w:rPr>
                <w:sz w:val="18"/>
              </w:rPr>
            </w:r>
            <w:r>
              <w:rPr>
                <w:b/>
                <w:sz w:val="18"/>
              </w:rPr>
              <w:t>Operational start</w:t>
            </w:r>
            <w:r>
              <w:rPr>
                <w:b w:val="0"/>
                <w:sz w:val="18"/>
              </w:rPr>
              <w:t xml:space="preserve"> — productive work begins at the workplace, PPE on, gear ready</w:t>
            </w:r>
          </w:p>
        </w:tc>
        <w:tc>
          <w:tcPr>
            <w:tcW w:type="dxa" w:w="1371"/>
          </w:tcPr>
          <w:p>
            <w:pPr>
              <w:keepNext/>
              <w:spacing w:after="0" w:before="0" w:line="240" w:lineRule="auto"/>
            </w:pPr>
            <w:r>
              <w:rPr>
                <w:sz w:val="18"/>
              </w:rPr>
            </w:r>
            <w:r>
              <w:rPr>
                <w:b/>
                <w:sz w:val="18"/>
              </w:rPr>
              <w:t>07:30</w:t>
            </w:r>
          </w:p>
        </w:tc>
        <w:tc>
          <w:tcPr>
            <w:tcW w:type="dxa" w:w="1371"/>
          </w:tcPr>
          <w:p>
            <w:pPr>
              <w:keepNext/>
              <w:spacing w:after="0" w:before="0" w:line="240" w:lineRule="auto"/>
            </w:pPr>
            <w:r>
              <w:rPr>
                <w:sz w:val="18"/>
              </w:rPr>
            </w:r>
            <w:r>
              <w:rPr>
                <w:b/>
                <w:sz w:val="18"/>
              </w:rPr>
              <w:t>15:45</w:t>
            </w:r>
          </w:p>
        </w:tc>
        <w:tc>
          <w:tcPr>
            <w:tcW w:type="dxa" w:w="1371"/>
          </w:tcPr>
          <w:p>
            <w:pPr>
              <w:keepNext/>
              <w:spacing w:after="0" w:before="0" w:line="240" w:lineRule="auto"/>
            </w:pPr>
            <w:r>
              <w:rPr>
                <w:sz w:val="18"/>
              </w:rPr>
            </w:r>
            <w:r>
              <w:rPr>
                <w:b/>
                <w:sz w:val="18"/>
              </w:rPr>
              <w:t>23:30</w:t>
            </w:r>
          </w:p>
        </w:tc>
        <w:tc>
          <w:tcPr>
            <w:tcW w:type="dxa" w:w="1623"/>
          </w:tcPr>
          <w:p>
            <w:pPr>
              <w:keepNext/>
              <w:spacing w:after="0" w:before="0" w:line="240" w:lineRule="auto"/>
            </w:pPr>
            <w:r>
              <w:rPr>
                <w:sz w:val="18"/>
              </w:rPr>
            </w:r>
            <w:r>
              <w:rPr>
                <w:b w:val="0"/>
                <w:sz w:val="18"/>
              </w:rPr>
              <w:t>SVs / GSVs</w:t>
            </w:r>
          </w:p>
        </w:tc>
      </w:tr>
      <w:tr>
        <w:trPr>
          <w:cantSplit/>
        </w:trPr>
        <w:tc>
          <w:tcPr>
            <w:tcW w:type="dxa" w:w="3788"/>
          </w:tcPr>
          <w:p>
            <w:pPr>
              <w:keepNext/>
              <w:spacing w:after="0" w:before="0" w:line="240" w:lineRule="auto"/>
            </w:pPr>
            <w:r>
              <w:rPr>
                <w:sz w:val="18"/>
              </w:rPr>
            </w:r>
            <w:r>
              <w:rPr>
                <w:b w:val="0"/>
                <w:sz w:val="18"/>
              </w:rPr>
              <w:t>GSV round — all vessels walked, start verified at the workplace</w:t>
            </w:r>
          </w:p>
        </w:tc>
        <w:tc>
          <w:tcPr>
            <w:tcW w:type="dxa" w:w="1371"/>
          </w:tcPr>
          <w:p>
            <w:pPr>
              <w:keepNext/>
              <w:spacing w:after="0" w:before="0" w:line="240" w:lineRule="auto"/>
            </w:pPr>
            <w:r>
              <w:rPr>
                <w:sz w:val="18"/>
              </w:rPr>
            </w:r>
            <w:r>
              <w:rPr>
                <w:b w:val="0"/>
                <w:sz w:val="18"/>
              </w:rPr>
              <w:t>from 07:30</w:t>
            </w:r>
          </w:p>
        </w:tc>
        <w:tc>
          <w:tcPr>
            <w:tcW w:type="dxa" w:w="1371"/>
          </w:tcPr>
          <w:p>
            <w:pPr>
              <w:keepNext/>
              <w:spacing w:after="0" w:before="0" w:line="240" w:lineRule="auto"/>
            </w:pPr>
            <w:r>
              <w:rPr>
                <w:sz w:val="18"/>
              </w:rPr>
            </w:r>
            <w:r>
              <w:rPr>
                <w:b w:val="0"/>
                <w:sz w:val="18"/>
              </w:rPr>
              <w:t>from 15:45</w:t>
            </w:r>
          </w:p>
        </w:tc>
        <w:tc>
          <w:tcPr>
            <w:tcW w:type="dxa" w:w="1371"/>
          </w:tcPr>
          <w:p>
            <w:pPr>
              <w:keepNext/>
              <w:spacing w:after="0" w:before="0" w:line="240" w:lineRule="auto"/>
            </w:pPr>
            <w:r>
              <w:rPr>
                <w:sz w:val="18"/>
              </w:rPr>
            </w:r>
            <w:r>
              <w:rPr>
                <w:b w:val="0"/>
                <w:sz w:val="18"/>
              </w:rPr>
              <w:t>from 23:30</w:t>
            </w:r>
          </w:p>
        </w:tc>
        <w:tc>
          <w:tcPr>
            <w:tcW w:type="dxa" w:w="1623"/>
          </w:tcPr>
          <w:p>
            <w:pPr>
              <w:keepNext/>
              <w:spacing w:after="0" w:before="0" w:line="240" w:lineRule="auto"/>
            </w:pPr>
            <w:r>
              <w:rPr>
                <w:sz w:val="18"/>
              </w:rPr>
            </w:r>
            <w:r>
              <w:rPr>
                <w:b w:val="0"/>
                <w:sz w:val="18"/>
              </w:rPr>
              <w:t>GSVs</w:t>
            </w:r>
          </w:p>
        </w:tc>
      </w:tr>
      <w:tr>
        <w:trPr>
          <w:cantSplit/>
        </w:trPr>
        <w:tc>
          <w:tcPr>
            <w:tcW w:type="dxa" w:w="3788"/>
          </w:tcPr>
          <w:p>
            <w:pPr>
              <w:keepNext/>
              <w:spacing w:after="0" w:before="0" w:line="240" w:lineRule="auto"/>
            </w:pPr>
            <w:r>
              <w:rPr>
                <w:sz w:val="18"/>
              </w:rPr>
            </w:r>
            <w:r>
              <w:rPr>
                <w:b/>
                <w:sz w:val="18"/>
              </w:rPr>
              <w:t>Operational stop</w:t>
            </w:r>
            <w:r>
              <w:rPr>
                <w:b w:val="0"/>
                <w:sz w:val="18"/>
              </w:rPr>
              <w:t xml:space="preserve"> — productive work continues until this time</w:t>
            </w:r>
          </w:p>
        </w:tc>
        <w:tc>
          <w:tcPr>
            <w:tcW w:type="dxa" w:w="1371"/>
          </w:tcPr>
          <w:p>
            <w:pPr>
              <w:keepNext/>
              <w:spacing w:after="0" w:before="0" w:line="240" w:lineRule="auto"/>
            </w:pPr>
            <w:r>
              <w:rPr>
                <w:sz w:val="18"/>
              </w:rPr>
            </w:r>
            <w:r>
              <w:rPr>
                <w:b/>
                <w:sz w:val="18"/>
              </w:rPr>
              <w:t>15:30</w:t>
            </w:r>
          </w:p>
        </w:tc>
        <w:tc>
          <w:tcPr>
            <w:tcW w:type="dxa" w:w="1371"/>
          </w:tcPr>
          <w:p>
            <w:pPr>
              <w:keepNext/>
              <w:spacing w:after="0" w:before="0" w:line="240" w:lineRule="auto"/>
            </w:pPr>
            <w:r>
              <w:rPr>
                <w:sz w:val="18"/>
              </w:rPr>
            </w:r>
            <w:r>
              <w:rPr>
                <w:b/>
                <w:sz w:val="18"/>
              </w:rPr>
              <w:t>23:30</w:t>
            </w:r>
          </w:p>
        </w:tc>
        <w:tc>
          <w:tcPr>
            <w:tcW w:type="dxa" w:w="1371"/>
          </w:tcPr>
          <w:p>
            <w:pPr>
              <w:keepNext/>
              <w:spacing w:after="0" w:before="0" w:line="240" w:lineRule="auto"/>
            </w:pPr>
            <w:r>
              <w:rPr>
                <w:sz w:val="18"/>
              </w:rPr>
            </w:r>
            <w:r>
              <w:rPr>
                <w:b/>
                <w:sz w:val="18"/>
              </w:rPr>
              <w:t>07:30</w:t>
            </w:r>
          </w:p>
        </w:tc>
        <w:tc>
          <w:tcPr>
            <w:tcW w:type="dxa" w:w="1623"/>
          </w:tcPr>
          <w:p>
            <w:pPr>
              <w:keepNext/>
              <w:spacing w:after="0" w:before="0" w:line="240" w:lineRule="auto"/>
            </w:pPr>
            <w:r>
              <w:rPr>
                <w:sz w:val="18"/>
              </w:rPr>
            </w:r>
            <w:r>
              <w:rPr>
                <w:b w:val="0"/>
                <w:sz w:val="18"/>
              </w:rPr>
              <w:t>SVs / GSVs</w:t>
            </w:r>
          </w:p>
        </w:tc>
      </w:tr>
      <w:tr>
        <w:trPr>
          <w:cantSplit/>
        </w:trPr>
        <w:tc>
          <w:tcPr>
            <w:tcW w:type="dxa" w:w="3788"/>
          </w:tcPr>
          <w:p>
            <w:pPr>
              <w:spacing w:after="0" w:before="0" w:line="240" w:lineRule="auto"/>
            </w:pPr>
            <w:r>
              <w:rPr>
                <w:sz w:val="18"/>
              </w:rPr>
            </w:r>
            <w:r>
              <w:rPr>
                <w:b w:val="0"/>
                <w:sz w:val="18"/>
              </w:rPr>
              <w:t>Final handover at the workplace to the incoming gang</w:t>
            </w:r>
          </w:p>
        </w:tc>
        <w:tc>
          <w:tcPr>
            <w:tcW w:type="dxa" w:w="1371"/>
          </w:tcPr>
          <w:p>
            <w:pPr>
              <w:spacing w:after="0" w:before="0" w:line="240" w:lineRule="auto"/>
            </w:pPr>
            <w:r>
              <w:rPr>
                <w:sz w:val="18"/>
              </w:rPr>
            </w:r>
            <w:r>
              <w:rPr>
                <w:b w:val="0"/>
                <w:sz w:val="18"/>
              </w:rPr>
              <w:t>at the stop time</w:t>
            </w:r>
          </w:p>
        </w:tc>
        <w:tc>
          <w:tcPr>
            <w:tcW w:type="dxa" w:w="1371"/>
          </w:tcPr>
          <w:p>
            <w:pPr>
              <w:spacing w:after="0" w:before="0" w:line="240" w:lineRule="auto"/>
            </w:pPr>
            <w:r>
              <w:rPr>
                <w:sz w:val="18"/>
              </w:rPr>
            </w:r>
            <w:r>
              <w:rPr>
                <w:b w:val="0"/>
                <w:sz w:val="18"/>
              </w:rPr>
              <w:t>at the stop time</w:t>
            </w:r>
          </w:p>
        </w:tc>
        <w:tc>
          <w:tcPr>
            <w:tcW w:type="dxa" w:w="1371"/>
          </w:tcPr>
          <w:p>
            <w:pPr>
              <w:spacing w:after="0" w:before="0" w:line="240" w:lineRule="auto"/>
            </w:pPr>
            <w:r>
              <w:rPr>
                <w:sz w:val="18"/>
              </w:rPr>
            </w:r>
            <w:r>
              <w:rPr>
                <w:b w:val="0"/>
                <w:sz w:val="18"/>
              </w:rPr>
              <w:t>at the stop time</w:t>
            </w:r>
          </w:p>
        </w:tc>
        <w:tc>
          <w:tcPr>
            <w:tcW w:type="dxa" w:w="1623"/>
          </w:tcPr>
          <w:p>
            <w:pPr>
              <w:spacing w:after="0" w:before="0" w:line="240" w:lineRule="auto"/>
            </w:pPr>
            <w:r>
              <w:rPr>
                <w:sz w:val="18"/>
              </w:rPr>
            </w:r>
            <w:r>
              <w:rPr>
                <w:b w:val="0"/>
                <w:sz w:val="18"/>
              </w:rPr>
              <w:t>SVs</w:t>
            </w:r>
          </w:p>
        </w:tc>
      </w:tr>
    </w:tbl>
    <w:p/>
    <w:p>
      <w:pPr>
        <w:jc w:val="both"/>
      </w:pPr>
      <w:r>
        <w:rPr>
          <w:b/>
        </w:rPr>
        <w:t>Two different allocations.</w:t>
      </w:r>
      <w:r>
        <w:rPr>
          <w:b w:val="0"/>
        </w:rPr>
        <w:t xml:space="preserve"> The 06:45 step is the GSV's shift planning: which gang goes where, and who replaces an absentee. The 07:00 step is the supervisor allocating the men as they arrive in the canteen. They are different jobs at different times and have been confused for each other before.</w:t>
      </w:r>
    </w:p>
    <w:p>
      <w:pPr>
        <w:jc w:val="both"/>
      </w:pPr>
      <w:r>
        <w:rPr>
          <w:b/>
        </w:rPr>
        <w:t>Common principle for all shifts.</w:t>
      </w:r>
      <w:r>
        <w:rPr>
          <w:b w:val="0"/>
        </w:rPr>
        <w:t xml:space="preserve"> Operational start means the start of productive work, not departure from the canteen or arrival at the workplace. Operational stop means productive work continues until that time, not that preparation to leave begins then.</w:t>
      </w:r>
    </w:p>
    <w:p>
      <w:pPr>
        <w:spacing w:before="280"/>
      </w:pPr>
      <w:r>
        <w:rPr>
          <w:b/>
          <w:color w:val="005781"/>
          <w:sz w:val="26"/>
        </w:rPr>
        <w:t>7. Measurement points in the system and IVMS</w:t>
      </w:r>
    </w:p>
    <w:p>
      <w:pPr>
        <w:jc w:val="both"/>
      </w:pPr>
      <w:r>
        <w:rPr>
          <w:b w:val="0"/>
        </w:rPr>
        <w:t>The early hours of the shift have not been measurable. Absence notifications around 06:00 were not recorded anywhere that can be checked, adjustments the GSV made in Excel were not visible to anyone else, and the presence of the people the start depends on was not captured at all. Without that, a problem is only discovered once the start has already been missed.</w:t>
      </w:r>
    </w:p>
    <w:p>
      <w:pPr>
        <w:keepNext/>
        <w:jc w:val="both"/>
      </w:pPr>
      <w:r>
        <w:rPr>
          <w:b w:val="0"/>
        </w:rPr>
        <w:t>The following are set up as measurement points, on all three shifts: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3078"/>
          </w:tcPr>
          <w:p>
            <w:pPr>
              <w:keepNext/>
              <w:spacing w:after="0" w:before="0" w:line="240" w:lineRule="auto"/>
            </w:pPr>
            <w:r>
              <w:rPr>
                <w:b/>
                <w:sz w:val="18"/>
              </w:rPr>
            </w:r>
            <w:r>
              <w:rPr>
                <w:b/>
                <w:sz w:val="18"/>
              </w:rPr>
              <w:t>Measurement point</w:t>
            </w:r>
          </w:p>
        </w:tc>
        <w:tc>
          <w:tcPr>
            <w:tcW w:type="dxa" w:w="2980"/>
          </w:tcPr>
          <w:p>
            <w:pPr>
              <w:keepNext/>
              <w:spacing w:after="0" w:before="0" w:line="240" w:lineRule="auto"/>
            </w:pPr>
            <w:r>
              <w:rPr>
                <w:b/>
                <w:sz w:val="18"/>
              </w:rPr>
            </w:r>
            <w:r>
              <w:rPr>
                <w:b/>
                <w:sz w:val="18"/>
              </w:rPr>
              <w:t>When</w:t>
            </w:r>
          </w:p>
        </w:tc>
        <w:tc>
          <w:tcPr>
            <w:tcW w:type="dxa" w:w="3466"/>
          </w:tcPr>
          <w:p>
            <w:pPr>
              <w:keepNext/>
              <w:spacing w:after="0" w:before="0" w:line="240" w:lineRule="auto"/>
            </w:pPr>
            <w:r>
              <w:rPr>
                <w:b/>
                <w:sz w:val="18"/>
              </w:rPr>
            </w:r>
            <w:r>
              <w:rPr>
                <w:b/>
                <w:sz w:val="18"/>
              </w:rPr>
              <w:t>Purpose</w:t>
            </w:r>
          </w:p>
        </w:tc>
      </w:tr>
      <w:tr>
        <w:trPr>
          <w:cantSplit/>
        </w:trPr>
        <w:tc>
          <w:tcPr>
            <w:tcW w:type="dxa" w:w="3078"/>
          </w:tcPr>
          <w:p>
            <w:pPr>
              <w:keepNext/>
              <w:spacing w:after="0" w:before="0" w:line="240" w:lineRule="auto"/>
            </w:pPr>
            <w:r>
              <w:rPr>
                <w:sz w:val="18"/>
              </w:rPr>
            </w:r>
            <w:r>
              <w:rPr>
                <w:b w:val="0"/>
                <w:sz w:val="18"/>
              </w:rPr>
              <w:t>GSV present at the terminal</w:t>
            </w:r>
          </w:p>
        </w:tc>
        <w:tc>
          <w:tcPr>
            <w:tcW w:type="dxa" w:w="2980"/>
          </w:tcPr>
          <w:p>
            <w:pPr>
              <w:keepNext/>
              <w:spacing w:after="0" w:before="0" w:line="240" w:lineRule="auto"/>
            </w:pPr>
            <w:r>
              <w:rPr>
                <w:sz w:val="18"/>
              </w:rPr>
            </w:r>
            <w:r>
              <w:rPr>
                <w:b w:val="0"/>
                <w:sz w:val="18"/>
              </w:rPr>
              <w:t>06:15 / 14:15 / 22:15</w:t>
            </w:r>
          </w:p>
        </w:tc>
        <w:tc>
          <w:tcPr>
            <w:tcW w:type="dxa" w:w="3466"/>
          </w:tcPr>
          <w:p>
            <w:pPr>
              <w:keepNext/>
              <w:spacing w:after="0" w:before="0" w:line="240" w:lineRule="auto"/>
            </w:pPr>
            <w:r>
              <w:rPr>
                <w:sz w:val="18"/>
              </w:rPr>
            </w:r>
            <w:r>
              <w:rPr>
                <w:b w:val="0"/>
                <w:sz w:val="18"/>
              </w:rPr>
              <w:t>Checked the same day, so that a gap can still be filled</w:t>
            </w:r>
          </w:p>
        </w:tc>
      </w:tr>
      <w:tr>
        <w:trPr>
          <w:cantSplit/>
        </w:trPr>
        <w:tc>
          <w:tcPr>
            <w:tcW w:type="dxa" w:w="3078"/>
          </w:tcPr>
          <w:p>
            <w:pPr>
              <w:keepNext/>
              <w:spacing w:after="0" w:before="0" w:line="240" w:lineRule="auto"/>
            </w:pPr>
            <w:r>
              <w:rPr>
                <w:sz w:val="18"/>
              </w:rPr>
            </w:r>
            <w:r>
              <w:rPr>
                <w:b w:val="0"/>
                <w:sz w:val="18"/>
              </w:rPr>
              <w:t>SV2 and SV3 present at the terminal</w:t>
            </w:r>
          </w:p>
        </w:tc>
        <w:tc>
          <w:tcPr>
            <w:tcW w:type="dxa" w:w="2980"/>
          </w:tcPr>
          <w:p>
            <w:pPr>
              <w:keepNext/>
              <w:spacing w:after="0" w:before="0" w:line="240" w:lineRule="auto"/>
            </w:pPr>
            <w:r>
              <w:rPr>
                <w:sz w:val="18"/>
              </w:rPr>
            </w:r>
            <w:r>
              <w:rPr>
                <w:b w:val="0"/>
                <w:sz w:val="18"/>
              </w:rPr>
              <w:t>06:30 – 06:45 / 14:30 – 14:45 / 22:30 – 22:45</w:t>
            </w:r>
          </w:p>
        </w:tc>
        <w:tc>
          <w:tcPr>
            <w:tcW w:type="dxa" w:w="3466"/>
          </w:tcPr>
          <w:p>
            <w:pPr>
              <w:keepNext/>
              <w:spacing w:after="0" w:before="0" w:line="240" w:lineRule="auto"/>
            </w:pPr>
            <w:r>
              <w:rPr>
                <w:sz w:val="18"/>
              </w:rPr>
            </w:r>
            <w:r>
              <w:rPr>
                <w:b w:val="0"/>
                <w:sz w:val="18"/>
              </w:rPr>
              <w:t>Recorded as a KPI</w:t>
            </w:r>
          </w:p>
        </w:tc>
      </w:tr>
      <w:tr>
        <w:trPr>
          <w:cantSplit/>
        </w:trPr>
        <w:tc>
          <w:tcPr>
            <w:tcW w:type="dxa" w:w="3078"/>
          </w:tcPr>
          <w:p>
            <w:pPr>
              <w:keepNext/>
              <w:spacing w:after="0" w:before="0" w:line="240" w:lineRule="auto"/>
            </w:pPr>
            <w:r>
              <w:rPr>
                <w:sz w:val="18"/>
              </w:rPr>
            </w:r>
            <w:r>
              <w:rPr>
                <w:b w:val="0"/>
                <w:sz w:val="18"/>
              </w:rPr>
              <w:t>Clock-in status of all shift members</w:t>
            </w:r>
          </w:p>
        </w:tc>
        <w:tc>
          <w:tcPr>
            <w:tcW w:type="dxa" w:w="2980"/>
          </w:tcPr>
          <w:p>
            <w:pPr>
              <w:keepNext/>
              <w:spacing w:after="0" w:before="0" w:line="240" w:lineRule="auto"/>
            </w:pPr>
            <w:r>
              <w:rPr>
                <w:sz w:val="18"/>
              </w:rPr>
            </w:r>
            <w:r>
              <w:rPr>
                <w:b w:val="0"/>
                <w:sz w:val="18"/>
              </w:rPr>
              <w:t>at clock in</w:t>
            </w:r>
          </w:p>
        </w:tc>
        <w:tc>
          <w:tcPr>
            <w:tcW w:type="dxa" w:w="3466"/>
          </w:tcPr>
          <w:p>
            <w:pPr>
              <w:keepNext/>
              <w:spacing w:after="0" w:before="0" w:line="240" w:lineRule="auto"/>
            </w:pPr>
            <w:r>
              <w:rPr>
                <w:sz w:val="18"/>
              </w:rPr>
            </w:r>
            <w:r>
              <w:rPr>
                <w:b w:val="0"/>
                <w:sz w:val="18"/>
              </w:rPr>
              <w:t>Deviations followed up immediately</w:t>
            </w:r>
          </w:p>
        </w:tc>
      </w:tr>
      <w:tr>
        <w:trPr>
          <w:cantSplit/>
        </w:trPr>
        <w:tc>
          <w:tcPr>
            <w:tcW w:type="dxa" w:w="3078"/>
          </w:tcPr>
          <w:p>
            <w:pPr>
              <w:spacing w:after="0" w:before="0" w:line="240" w:lineRule="auto"/>
            </w:pPr>
            <w:r>
              <w:rPr>
                <w:sz w:val="18"/>
              </w:rPr>
            </w:r>
            <w:r>
              <w:rPr>
                <w:b w:val="0"/>
                <w:sz w:val="18"/>
              </w:rPr>
              <w:t>Transport movements to B7, B9, B25 and the yard</w:t>
            </w:r>
          </w:p>
        </w:tc>
        <w:tc>
          <w:tcPr>
            <w:tcW w:type="dxa" w:w="2980"/>
          </w:tcPr>
          <w:p>
            <w:pPr>
              <w:spacing w:after="0" w:before="0" w:line="240" w:lineRule="auto"/>
            </w:pPr>
            <w:r>
              <w:rPr>
                <w:sz w:val="18"/>
              </w:rPr>
            </w:r>
            <w:r>
              <w:rPr>
                <w:b w:val="0"/>
                <w:sz w:val="18"/>
              </w:rPr>
              <w:t>from 07:15 / 15:15 / 23:15</w:t>
            </w:r>
          </w:p>
        </w:tc>
        <w:tc>
          <w:tcPr>
            <w:tcW w:type="dxa" w:w="3466"/>
          </w:tcPr>
          <w:p>
            <w:pPr>
              <w:spacing w:after="0" w:before="0" w:line="240" w:lineRule="auto"/>
            </w:pPr>
            <w:r>
              <w:rPr>
                <w:sz w:val="18"/>
              </w:rPr>
            </w:r>
            <w:r>
              <w:rPr>
                <w:b w:val="0"/>
                <w:sz w:val="18"/>
              </w:rPr>
              <w:t>Tracked in IVMS, including supervisor pick-ups</w:t>
            </w:r>
          </w:p>
        </w:tc>
      </w:tr>
    </w:tbl>
    <w:p/>
    <w:p>
      <w:pPr>
        <w:jc w:val="both"/>
      </w:pPr>
      <w:r>
        <w:rPr>
          <w:b w:val="0"/>
        </w:rPr>
        <w:t>Automatic system reports at fixed times are to be arranged with the Time and Attendance Department. The times, the content and who receives them are still to be agreed.</w:t>
      </w:r>
    </w:p>
    <w:p>
      <w:pPr>
        <w:spacing w:before="280"/>
      </w:pPr>
      <w:r>
        <w:rPr>
          <w:b/>
          <w:color w:val="005781"/>
          <w:sz w:val="26"/>
        </w:rPr>
        <w:t>8. Sick leave notification</w:t>
      </w:r>
    </w:p>
    <w:p>
      <w:pPr>
        <w:keepNext/>
        <w:jc w:val="both"/>
      </w:pPr>
      <w:r>
        <w:rPr>
          <w:b w:val="0"/>
        </w:rPr>
        <w:t>To ensure that manpower shortages are known and addressed before the shift handover and allocation, the absence notification process has been revised. The new deadlines provide the outgoing GSV with sufficient time to adjust the planning for the incoming shift before the handover takes place.</w:t>
      </w:r>
    </w:p>
    <w:tbl>
      <w:tblPr>
        <w:tblStyle w:val="LightGrid-Accent1"/>
        <w:tblW w:type="auto" w:w="0"/>
        <w:jc w:val="left"/>
        <w:tblLayout w:type="fixed"/>
        <w:tblLook w:firstColumn="1" w:firstRow="1" w:lastColumn="0" w:lastRow="0" w:noHBand="0" w:noVBand="1" w:val="04A0"/>
        <w:tblLayout w:type="fixed"/>
      </w:tblPr>
      <w:tblGrid>
        <w:gridCol w:w="2464"/>
        <w:gridCol w:w="2464"/>
        <w:gridCol w:w="2464"/>
        <w:gridCol w:w="2464"/>
      </w:tblGrid>
      <w:tr>
        <w:trPr>
          <w:tblHeader/>
          <w:cantSplit/>
        </w:trPr>
        <w:tc>
          <w:tcPr>
            <w:tcW w:type="dxa" w:w="1227"/>
          </w:tcPr>
          <w:p>
            <w:pPr>
              <w:keepNext/>
              <w:spacing w:after="0" w:before="0" w:line="240" w:lineRule="auto"/>
            </w:pPr>
            <w:r>
              <w:rPr>
                <w:b/>
                <w:sz w:val="18"/>
              </w:rPr>
            </w:r>
            <w:r>
              <w:rPr>
                <w:b/>
                <w:sz w:val="18"/>
              </w:rPr>
              <w:t>Item</w:t>
            </w:r>
          </w:p>
        </w:tc>
        <w:tc>
          <w:tcPr>
            <w:tcW w:type="dxa" w:w="2697"/>
          </w:tcPr>
          <w:p>
            <w:pPr>
              <w:keepNext/>
              <w:spacing w:after="0" w:before="0" w:line="240" w:lineRule="auto"/>
            </w:pPr>
            <w:r>
              <w:rPr>
                <w:b/>
                <w:sz w:val="18"/>
              </w:rPr>
            </w:r>
            <w:r>
              <w:rPr>
                <w:b/>
                <w:sz w:val="18"/>
              </w:rPr>
              <w:t>Current situation</w:t>
            </w:r>
          </w:p>
        </w:tc>
        <w:tc>
          <w:tcPr>
            <w:tcW w:type="dxa" w:w="3252"/>
          </w:tcPr>
          <w:p>
            <w:pPr>
              <w:keepNext/>
              <w:spacing w:after="0" w:before="0" w:line="240" w:lineRule="auto"/>
            </w:pPr>
            <w:r>
              <w:rPr>
                <w:b/>
                <w:sz w:val="18"/>
              </w:rPr>
            </w:r>
            <w:r>
              <w:rPr>
                <w:b/>
                <w:sz w:val="18"/>
              </w:rPr>
              <w:t>New agreed standard</w:t>
            </w:r>
          </w:p>
        </w:tc>
        <w:tc>
          <w:tcPr>
            <w:tcW w:type="dxa" w:w="2348"/>
          </w:tcPr>
          <w:p>
            <w:pPr>
              <w:keepNext/>
              <w:spacing w:after="0" w:before="0" w:line="240" w:lineRule="auto"/>
            </w:pPr>
            <w:r>
              <w:rPr>
                <w:b/>
                <w:sz w:val="18"/>
              </w:rPr>
            </w:r>
            <w:r>
              <w:rPr>
                <w:b/>
                <w:sz w:val="18"/>
              </w:rPr>
              <w:t>Reason for change</w:t>
            </w:r>
          </w:p>
        </w:tc>
      </w:tr>
      <w:tr>
        <w:trPr>
          <w:cantSplit/>
        </w:trPr>
        <w:tc>
          <w:tcPr>
            <w:tcW w:type="dxa" w:w="1227"/>
          </w:tcPr>
          <w:p>
            <w:pPr>
              <w:keepNext/>
              <w:spacing w:after="0" w:before="0" w:line="240" w:lineRule="auto"/>
            </w:pPr>
            <w:r>
              <w:rPr>
                <w:sz w:val="18"/>
              </w:rPr>
            </w:r>
            <w:r>
              <w:rPr>
                <w:b w:val="0"/>
                <w:sz w:val="18"/>
              </w:rPr>
              <w:t>Morning shift absence notification</w:t>
            </w:r>
          </w:p>
        </w:tc>
        <w:tc>
          <w:tcPr>
            <w:tcW w:type="dxa" w:w="2697"/>
          </w:tcPr>
          <w:p>
            <w:pPr>
              <w:keepNext/>
              <w:spacing w:after="0" w:before="0" w:line="240" w:lineRule="auto"/>
            </w:pPr>
            <w:r>
              <w:rPr>
                <w:sz w:val="18"/>
              </w:rPr>
            </w:r>
            <w:r>
              <w:rPr>
                <w:b w:val="0"/>
                <w:sz w:val="18"/>
              </w:rPr>
              <w:t>Absences can be reported between 06:00 and 06:30.</w:t>
            </w:r>
          </w:p>
        </w:tc>
        <w:tc>
          <w:tcPr>
            <w:tcW w:type="dxa" w:w="3252"/>
          </w:tcPr>
          <w:p>
            <w:pPr>
              <w:keepNext/>
              <w:spacing w:after="0" w:before="0" w:line="240" w:lineRule="auto"/>
            </w:pPr>
            <w:r>
              <w:rPr>
                <w:sz w:val="18"/>
              </w:rPr>
            </w:r>
            <w:r>
              <w:rPr>
                <w:b w:val="0"/>
                <w:sz w:val="18"/>
              </w:rPr>
              <w:t>All absences must be reported before 06:00.</w:t>
            </w:r>
          </w:p>
        </w:tc>
        <w:tc>
          <w:tcPr>
            <w:tcW w:type="dxa" w:w="2348"/>
          </w:tcPr>
          <w:p>
            <w:pPr>
              <w:keepNext/>
              <w:spacing w:after="0" w:before="0" w:line="240" w:lineRule="auto"/>
            </w:pPr>
            <w:r>
              <w:rPr>
                <w:sz w:val="18"/>
              </w:rPr>
            </w:r>
            <w:r>
              <w:rPr>
                <w:b w:val="0"/>
                <w:sz w:val="18"/>
              </w:rPr>
              <w:t>Gives the night GSV time between 06:00 and the 06:30 handover to adjust the day planning and arrange replacements where required.</w:t>
            </w:r>
          </w:p>
        </w:tc>
      </w:tr>
      <w:tr>
        <w:trPr>
          <w:cantSplit/>
        </w:trPr>
        <w:tc>
          <w:tcPr>
            <w:tcW w:type="dxa" w:w="1227"/>
          </w:tcPr>
          <w:p>
            <w:pPr>
              <w:keepNext/>
              <w:spacing w:after="0" w:before="0" w:line="240" w:lineRule="auto"/>
            </w:pPr>
            <w:r>
              <w:rPr>
                <w:sz w:val="18"/>
              </w:rPr>
            </w:r>
            <w:r>
              <w:rPr>
                <w:b w:val="0"/>
                <w:sz w:val="18"/>
              </w:rPr>
              <w:t>Afternoon shift absence notification</w:t>
            </w:r>
          </w:p>
        </w:tc>
        <w:tc>
          <w:tcPr>
            <w:tcW w:type="dxa" w:w="2697"/>
          </w:tcPr>
          <w:p>
            <w:pPr>
              <w:keepNext/>
              <w:spacing w:after="0" w:before="0" w:line="240" w:lineRule="auto"/>
            </w:pPr>
            <w:r>
              <w:rPr>
                <w:sz w:val="18"/>
              </w:rPr>
            </w:r>
            <w:r>
              <w:rPr>
                <w:b w:val="0"/>
                <w:sz w:val="18"/>
              </w:rPr>
              <w:t>No fixed deadline aligned with the handover.</w:t>
            </w:r>
          </w:p>
        </w:tc>
        <w:tc>
          <w:tcPr>
            <w:tcW w:type="dxa" w:w="3252"/>
          </w:tcPr>
          <w:p>
            <w:pPr>
              <w:keepNext/>
              <w:spacing w:after="0" w:before="0" w:line="240" w:lineRule="auto"/>
            </w:pPr>
            <w:r>
              <w:rPr>
                <w:sz w:val="18"/>
              </w:rPr>
            </w:r>
            <w:r>
              <w:rPr>
                <w:b w:val="0"/>
                <w:sz w:val="18"/>
              </w:rPr>
              <w:t>All absences must be reported before 14:00.</w:t>
            </w:r>
          </w:p>
        </w:tc>
        <w:tc>
          <w:tcPr>
            <w:tcW w:type="dxa" w:w="2348"/>
          </w:tcPr>
          <w:p>
            <w:pPr>
              <w:keepNext/>
              <w:spacing w:after="0" w:before="0" w:line="240" w:lineRule="auto"/>
            </w:pPr>
            <w:r>
              <w:rPr>
                <w:sz w:val="18"/>
              </w:rPr>
            </w:r>
            <w:r>
              <w:rPr>
                <w:b w:val="0"/>
                <w:sz w:val="18"/>
              </w:rPr>
              <w:t>Gives the outgoing GSV time to adjust the afternoon planning before the 14:30 handover.</w:t>
            </w:r>
          </w:p>
        </w:tc>
      </w:tr>
      <w:tr>
        <w:trPr>
          <w:cantSplit/>
        </w:trPr>
        <w:tc>
          <w:tcPr>
            <w:tcW w:type="dxa" w:w="1227"/>
          </w:tcPr>
          <w:p>
            <w:pPr>
              <w:keepNext/>
              <w:spacing w:after="0" w:before="0" w:line="240" w:lineRule="auto"/>
            </w:pPr>
            <w:r>
              <w:rPr>
                <w:sz w:val="18"/>
              </w:rPr>
            </w:r>
            <w:r>
              <w:rPr>
                <w:b w:val="0"/>
                <w:sz w:val="18"/>
              </w:rPr>
              <w:t>Night shift absence notification</w:t>
            </w:r>
          </w:p>
        </w:tc>
        <w:tc>
          <w:tcPr>
            <w:tcW w:type="dxa" w:w="2697"/>
          </w:tcPr>
          <w:p>
            <w:pPr>
              <w:keepNext/>
              <w:spacing w:after="0" w:before="0" w:line="240" w:lineRule="auto"/>
            </w:pPr>
            <w:r>
              <w:rPr>
                <w:sz w:val="18"/>
              </w:rPr>
            </w:r>
            <w:r>
              <w:rPr>
                <w:b w:val="0"/>
                <w:sz w:val="18"/>
              </w:rPr>
              <w:t>No fixed deadline aligned with the handover.</w:t>
            </w:r>
          </w:p>
        </w:tc>
        <w:tc>
          <w:tcPr>
            <w:tcW w:type="dxa" w:w="3252"/>
          </w:tcPr>
          <w:p>
            <w:pPr>
              <w:keepNext/>
              <w:spacing w:after="0" w:before="0" w:line="240" w:lineRule="auto"/>
            </w:pPr>
            <w:r>
              <w:rPr>
                <w:sz w:val="18"/>
              </w:rPr>
            </w:r>
            <w:r>
              <w:rPr>
                <w:b w:val="0"/>
                <w:sz w:val="18"/>
              </w:rPr>
              <w:t>All absences must be reported before 22:00.</w:t>
            </w:r>
          </w:p>
        </w:tc>
        <w:tc>
          <w:tcPr>
            <w:tcW w:type="dxa" w:w="2348"/>
          </w:tcPr>
          <w:p>
            <w:pPr>
              <w:keepNext/>
              <w:spacing w:after="0" w:before="0" w:line="240" w:lineRule="auto"/>
            </w:pPr>
            <w:r>
              <w:rPr>
                <w:sz w:val="18"/>
              </w:rPr>
            </w:r>
            <w:r>
              <w:rPr>
                <w:b w:val="0"/>
                <w:sz w:val="18"/>
              </w:rPr>
              <w:t>Gives the outgoing GSV time to adjust the night planning before the 22:30 handover.</w:t>
            </w:r>
          </w:p>
        </w:tc>
      </w:tr>
      <w:tr>
        <w:trPr>
          <w:cantSplit/>
        </w:trPr>
        <w:tc>
          <w:tcPr>
            <w:tcW w:type="dxa" w:w="1227"/>
          </w:tcPr>
          <w:p>
            <w:pPr>
              <w:keepNext/>
              <w:spacing w:after="0" w:before="0" w:line="240" w:lineRule="auto"/>
            </w:pPr>
            <w:r>
              <w:rPr>
                <w:sz w:val="18"/>
              </w:rPr>
            </w:r>
            <w:r>
              <w:rPr>
                <w:b w:val="0"/>
                <w:sz w:val="18"/>
              </w:rPr>
              <w:t>Notification method</w:t>
            </w:r>
          </w:p>
        </w:tc>
        <w:tc>
          <w:tcPr>
            <w:tcW w:type="dxa" w:w="2697"/>
          </w:tcPr>
          <w:p>
            <w:pPr>
              <w:keepNext/>
              <w:spacing w:after="0" w:before="0" w:line="240" w:lineRule="auto"/>
            </w:pPr>
            <w:r>
              <w:rPr>
                <w:sz w:val="18"/>
              </w:rPr>
            </w:r>
            <w:r>
              <w:rPr>
                <w:b w:val="0"/>
                <w:sz w:val="18"/>
              </w:rPr>
              <w:t>Absence notification can depend on which person receives the information.</w:t>
            </w:r>
          </w:p>
        </w:tc>
        <w:tc>
          <w:tcPr>
            <w:tcW w:type="dxa" w:w="3252"/>
          </w:tcPr>
          <w:p>
            <w:pPr>
              <w:keepNext/>
              <w:spacing w:after="0" w:before="0" w:line="240" w:lineRule="auto"/>
            </w:pPr>
            <w:r>
              <w:rPr>
                <w:sz w:val="18"/>
              </w:rPr>
            </w:r>
            <w:r>
              <w:rPr>
                <w:b w:val="0"/>
                <w:sz w:val="18"/>
              </w:rPr>
              <w:t>One dedicated mobile phone remains in the OPS office. All absence notifications are sent by WhatsApp to this number. The phone is continuously available and messages are checked at 06:00, 14:00 and 22:00.</w:t>
            </w:r>
          </w:p>
        </w:tc>
        <w:tc>
          <w:tcPr>
            <w:tcW w:type="dxa" w:w="2348"/>
          </w:tcPr>
          <w:p>
            <w:pPr>
              <w:keepNext/>
              <w:spacing w:after="0" w:before="0" w:line="240" w:lineRule="auto"/>
            </w:pPr>
            <w:r>
              <w:rPr>
                <w:sz w:val="18"/>
              </w:rPr>
            </w:r>
            <w:r>
              <w:rPr>
                <w:b w:val="0"/>
                <w:sz w:val="18"/>
              </w:rPr>
              <w:t>Creates one communication point, a time stamped record of each notification and a fixed check before each shift planning cycle.</w:t>
            </w:r>
          </w:p>
        </w:tc>
      </w:tr>
      <w:tr>
        <w:trPr>
          <w:cantSplit/>
        </w:trPr>
        <w:tc>
          <w:tcPr>
            <w:tcW w:type="dxa" w:w="1227"/>
          </w:tcPr>
          <w:p>
            <w:pPr>
              <w:keepNext/>
              <w:spacing w:after="0" w:before="0" w:line="240" w:lineRule="auto"/>
            </w:pPr>
            <w:r>
              <w:rPr>
                <w:sz w:val="18"/>
              </w:rPr>
            </w:r>
            <w:r>
              <w:rPr>
                <w:b w:val="0"/>
                <w:sz w:val="18"/>
              </w:rPr>
              <w:t>Third party, day shift</w:t>
            </w:r>
          </w:p>
        </w:tc>
        <w:tc>
          <w:tcPr>
            <w:tcW w:type="dxa" w:w="2697"/>
          </w:tcPr>
          <w:p>
            <w:pPr>
              <w:keepNext/>
              <w:spacing w:after="0" w:before="0" w:line="240" w:lineRule="auto"/>
            </w:pPr>
            <w:r>
              <w:rPr>
                <w:sz w:val="18"/>
              </w:rPr>
            </w:r>
            <w:r>
              <w:rPr>
                <w:b w:val="0"/>
                <w:sz w:val="18"/>
              </w:rPr>
              <w:t>The supplier reports expected attendance and absences each morning, for example around 05:50. The information is cross checked against the supervisor's count.</w:t>
            </w:r>
          </w:p>
        </w:tc>
        <w:tc>
          <w:tcPr>
            <w:tcW w:type="dxa" w:w="3252"/>
          </w:tcPr>
          <w:p>
            <w:pPr>
              <w:keepNext/>
              <w:spacing w:after="0" w:before="0" w:line="240" w:lineRule="auto"/>
            </w:pPr>
            <w:r>
              <w:rPr>
                <w:sz w:val="18"/>
              </w:rPr>
            </w:r>
            <w:r>
              <w:rPr>
                <w:b w:val="0"/>
                <w:sz w:val="18"/>
              </w:rPr>
              <w:t>The supplier reports confirmed attendance and absences before 06:00.</w:t>
            </w:r>
          </w:p>
        </w:tc>
        <w:tc>
          <w:tcPr>
            <w:tcW w:type="dxa" w:w="2348"/>
          </w:tcPr>
          <w:p>
            <w:pPr>
              <w:keepNext/>
              <w:spacing w:after="0" w:before="0" w:line="240" w:lineRule="auto"/>
            </w:pPr>
            <w:r>
              <w:rPr>
                <w:sz w:val="18"/>
              </w:rPr>
            </w:r>
            <w:r>
              <w:rPr>
                <w:b w:val="0"/>
                <w:sz w:val="18"/>
              </w:rPr>
              <w:t>Allows manpower gaps and required replacements to be identified before the handover and clock in.</w:t>
            </w:r>
          </w:p>
        </w:tc>
      </w:tr>
      <w:tr>
        <w:trPr>
          <w:cantSplit/>
        </w:trPr>
        <w:tc>
          <w:tcPr>
            <w:tcW w:type="dxa" w:w="1227"/>
          </w:tcPr>
          <w:p>
            <w:pPr>
              <w:spacing w:after="0" w:before="0" w:line="240" w:lineRule="auto"/>
            </w:pPr>
            <w:r>
              <w:rPr>
                <w:sz w:val="18"/>
              </w:rPr>
            </w:r>
            <w:r>
              <w:rPr>
                <w:b w:val="0"/>
                <w:sz w:val="18"/>
              </w:rPr>
              <w:t>Third party, night shift</w:t>
            </w:r>
          </w:p>
        </w:tc>
        <w:tc>
          <w:tcPr>
            <w:tcW w:type="dxa" w:w="2697"/>
          </w:tcPr>
          <w:p>
            <w:pPr>
              <w:spacing w:after="0" w:before="0" w:line="240" w:lineRule="auto"/>
            </w:pPr>
            <w:r>
              <w:rPr>
                <w:sz w:val="18"/>
              </w:rPr>
            </w:r>
            <w:r>
              <w:rPr>
                <w:b w:val="0"/>
                <w:sz w:val="18"/>
              </w:rPr>
              <w:t>Existing supplier notification process applies, without a fixed deadline.</w:t>
            </w:r>
          </w:p>
        </w:tc>
        <w:tc>
          <w:tcPr>
            <w:tcW w:type="dxa" w:w="3252"/>
          </w:tcPr>
          <w:p>
            <w:pPr>
              <w:spacing w:after="0" w:before="0" w:line="240" w:lineRule="auto"/>
            </w:pPr>
            <w:r>
              <w:rPr>
                <w:sz w:val="18"/>
              </w:rPr>
            </w:r>
            <w:r>
              <w:rPr>
                <w:b w:val="0"/>
                <w:sz w:val="18"/>
              </w:rPr>
              <w:t>Absences reported before 17:00, which is two hours before the 19:00 third party night shift begins.</w:t>
            </w:r>
          </w:p>
        </w:tc>
        <w:tc>
          <w:tcPr>
            <w:tcW w:type="dxa" w:w="2348"/>
          </w:tcPr>
          <w:p>
            <w:pPr>
              <w:spacing w:after="0" w:before="0" w:line="240" w:lineRule="auto"/>
            </w:pPr>
            <w:r>
              <w:rPr>
                <w:sz w:val="18"/>
              </w:rPr>
            </w:r>
            <w:r>
              <w:rPr>
                <w:b w:val="0"/>
                <w:sz w:val="18"/>
              </w:rPr>
              <w:t>Prevents manpower shortages from being discovered only at clock in.</w:t>
            </w:r>
          </w:p>
        </w:tc>
      </w:tr>
    </w:tbl>
    <w:p/>
    <w:p>
      <w:pPr>
        <w:jc w:val="both"/>
      </w:pPr>
      <w:r>
        <w:rPr>
          <w:b w:val="0"/>
        </w:rPr>
        <w:t>Absence known → planning adjusted → handover → final allocation → clock in → operational start</w:t>
      </w:r>
    </w:p>
    <w:p>
      <w:pPr>
        <w:spacing w:before="280"/>
      </w:pPr>
      <w:r>
        <w:rPr>
          <w:b/>
          <w:color w:val="005781"/>
          <w:sz w:val="26"/>
        </w:rPr>
        <w:t>9. Store preparation and materials</w:t>
      </w:r>
    </w:p>
    <w:p>
      <w:pPr>
        <w:jc w:val="both"/>
      </w:pPr>
      <w:r>
        <w:rPr>
          <w:b w:val="0"/>
        </w:rPr>
        <w:t>Materials that are not ready at the start of the shift delay the start in exactly the same way a late employee does, and the gang cannot do anything about it once it is standing at the vessel.</w:t>
      </w:r>
    </w:p>
    <w:p>
      <w:pPr>
        <w:jc w:val="both"/>
      </w:pPr>
      <w:r>
        <w:rPr>
          <w:b w:val="0"/>
        </w:rPr>
        <w:t>The store does not report to Operations. The arrangement below is therefore a working agreement with the Store Department rather than an instruction, and is coordinated with them directly.</w:t>
      </w:r>
    </w:p>
    <w:p>
      <w:pPr>
        <w:pStyle w:val="ListBullet"/>
        <w:spacing w:after="60"/>
      </w:pPr>
      <w:r>
        <w:rPr>
          <w:b w:val="0"/>
        </w:rPr>
        <w:t>A daily store checklist states what must be laid out for the next day — cable gear and any other materials the planned operations require.</w:t>
      </w:r>
    </w:p>
    <w:p>
      <w:pPr>
        <w:pStyle w:val="ListBullet"/>
        <w:spacing w:after="60"/>
      </w:pPr>
      <w:r>
        <w:rPr>
          <w:b w:val="0"/>
        </w:rPr>
        <w:t>The list is issued to the store physically, with the items and the time by which they must be ready.</w:t>
      </w:r>
    </w:p>
    <w:p>
      <w:pPr>
        <w:pStyle w:val="ListBullet"/>
        <w:spacing w:after="60"/>
      </w:pPr>
      <w:r>
        <w:rPr>
          <w:b w:val="0"/>
        </w:rPr>
        <w:t>The GSVs provide the list, based on the next day's planning.</w:t>
      </w:r>
    </w:p>
    <w:p>
      <w:pPr>
        <w:pStyle w:val="ListBullet"/>
        <w:spacing w:after="60"/>
      </w:pPr>
      <w:r>
        <w:rPr>
          <w:b w:val="0"/>
        </w:rPr>
        <w:t>The Store Department receives the list daily and confirms what has been prepared.</w:t>
      </w:r>
    </w:p>
    <w:p>
      <w:pPr>
        <w:jc w:val="both"/>
      </w:pPr>
      <w:r>
        <w:rPr>
          <w:b w:val="0"/>
        </w:rPr>
        <w:t>Prepared materials that only have to be collected also remove the improvised lifting and carrying that happens when something is missing, which is a safety gain as well as a time one.</w:t>
      </w:r>
    </w:p>
    <w:p>
      <w:pPr>
        <w:keepNext/>
        <w:spacing w:before="280"/>
      </w:pPr>
      <w:r>
        <w:rPr>
          <w:b/>
          <w:color w:val="005781"/>
          <w:sz w:val="26"/>
        </w:rPr>
        <w:t>10. Roles and responsibilities</w:t>
      </w:r>
    </w:p>
    <w:tbl>
      <w:tblPr>
        <w:tblStyle w:val="LightGrid-Accent1"/>
        <w:tblW w:type="auto" w:w="0"/>
        <w:jc w:val="left"/>
        <w:tblLayout w:type="fixed"/>
        <w:tblLook w:firstColumn="1" w:firstRow="1" w:lastColumn="0" w:lastRow="0" w:noHBand="0" w:noVBand="1" w:val="04A0"/>
        <w:tblLayout w:type="fixed"/>
      </w:tblPr>
      <w:tblGrid>
        <w:gridCol w:w="1643"/>
        <w:gridCol w:w="1643"/>
        <w:gridCol w:w="1643"/>
        <w:gridCol w:w="1643"/>
        <w:gridCol w:w="1643"/>
        <w:gridCol w:w="1643"/>
      </w:tblGrid>
      <w:tr>
        <w:trPr>
          <w:tblHeader/>
          <w:cantSplit/>
        </w:trPr>
        <w:tc>
          <w:tcPr>
            <w:tcW w:type="dxa" w:w="3672"/>
          </w:tcPr>
          <w:p>
            <w:pPr>
              <w:keepNext/>
              <w:spacing w:after="0" w:before="0" w:line="240" w:lineRule="auto"/>
            </w:pPr>
            <w:r>
              <w:rPr>
                <w:b/>
                <w:sz w:val="18"/>
              </w:rPr>
            </w:r>
            <w:r>
              <w:rPr>
                <w:b/>
                <w:sz w:val="18"/>
              </w:rPr>
              <w:t>Task</w:t>
            </w:r>
          </w:p>
        </w:tc>
        <w:tc>
          <w:tcPr>
            <w:tcW w:type="dxa" w:w="1055"/>
          </w:tcPr>
          <w:p>
            <w:pPr>
              <w:keepNext/>
              <w:spacing w:after="0" w:before="0" w:line="240" w:lineRule="auto"/>
            </w:pPr>
            <w:r>
              <w:rPr>
                <w:b/>
                <w:sz w:val="18"/>
              </w:rPr>
            </w:r>
            <w:r>
              <w:rPr>
                <w:b/>
                <w:sz w:val="18"/>
              </w:rPr>
              <w:t>Tally</w:t>
            </w:r>
          </w:p>
        </w:tc>
        <w:tc>
          <w:tcPr>
            <w:tcW w:type="dxa" w:w="1160"/>
          </w:tcPr>
          <w:p>
            <w:pPr>
              <w:keepNext/>
              <w:spacing w:after="0" w:before="0" w:line="240" w:lineRule="auto"/>
            </w:pPr>
            <w:r>
              <w:rPr>
                <w:b/>
                <w:sz w:val="18"/>
              </w:rPr>
            </w:r>
            <w:r>
              <w:rPr>
                <w:b/>
                <w:sz w:val="18"/>
              </w:rPr>
              <w:t>SV1–SV4</w:t>
            </w:r>
          </w:p>
        </w:tc>
        <w:tc>
          <w:tcPr>
            <w:tcW w:type="dxa" w:w="951"/>
          </w:tcPr>
          <w:p>
            <w:pPr>
              <w:keepNext/>
              <w:spacing w:after="0" w:before="0" w:line="240" w:lineRule="auto"/>
            </w:pPr>
            <w:r>
              <w:rPr>
                <w:b/>
                <w:sz w:val="18"/>
              </w:rPr>
            </w:r>
            <w:r>
              <w:rPr>
                <w:b/>
                <w:sz w:val="18"/>
              </w:rPr>
              <w:t>GSV</w:t>
            </w:r>
          </w:p>
        </w:tc>
        <w:tc>
          <w:tcPr>
            <w:tcW w:type="dxa" w:w="1212"/>
          </w:tcPr>
          <w:p>
            <w:pPr>
              <w:keepNext/>
              <w:spacing w:after="0" w:before="0" w:line="240" w:lineRule="auto"/>
            </w:pPr>
            <w:r>
              <w:rPr>
                <w:b/>
                <w:sz w:val="18"/>
              </w:rPr>
            </w:r>
            <w:r>
              <w:rPr>
                <w:b/>
                <w:sz w:val="18"/>
              </w:rPr>
              <w:t>Planning</w:t>
            </w:r>
          </w:p>
        </w:tc>
        <w:tc>
          <w:tcPr>
            <w:tcW w:type="dxa" w:w="1474"/>
          </w:tcPr>
          <w:p>
            <w:pPr>
              <w:keepNext/>
              <w:spacing w:after="0" w:before="0" w:line="240" w:lineRule="auto"/>
            </w:pPr>
            <w:r>
              <w:rPr>
                <w:b/>
                <w:sz w:val="18"/>
              </w:rPr>
            </w:r>
            <w:r>
              <w:rPr>
                <w:b/>
                <w:sz w:val="18"/>
              </w:rPr>
              <w:t>Project owner</w:t>
            </w:r>
          </w:p>
        </w:tc>
      </w:tr>
      <w:tr>
        <w:trPr>
          <w:cantSplit/>
        </w:trPr>
        <w:tc>
          <w:tcPr>
            <w:tcW w:type="dxa" w:w="3672"/>
          </w:tcPr>
          <w:p>
            <w:pPr>
              <w:keepNext/>
              <w:spacing w:after="0" w:before="0" w:line="240" w:lineRule="auto"/>
            </w:pPr>
            <w:r>
              <w:rPr>
                <w:sz w:val="18"/>
              </w:rPr>
            </w:r>
            <w:r>
              <w:rPr>
                <w:b w:val="0"/>
                <w:sz w:val="18"/>
              </w:rPr>
              <w:t>Allocation ready before clock-in</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r>
              <w:rPr>
                <w:b w:val="0"/>
                <w:sz w:val="18"/>
              </w:rPr>
              <w:t>R</w:t>
            </w:r>
          </w:p>
        </w:tc>
        <w:tc>
          <w:tcPr>
            <w:tcW w:type="dxa" w:w="951"/>
          </w:tcPr>
          <w:p>
            <w:pPr>
              <w:keepNext/>
              <w:spacing w:after="0" w:before="0" w:line="240" w:lineRule="auto"/>
            </w:pPr>
            <w:r>
              <w:rPr>
                <w:sz w:val="18"/>
              </w:rPr>
            </w:r>
            <w:r>
              <w:rPr>
                <w:b w:val="0"/>
                <w:sz w:val="18"/>
              </w:rPr>
              <w:t>A</w:t>
            </w:r>
          </w:p>
        </w:tc>
        <w:tc>
          <w:tcPr>
            <w:tcW w:type="dxa" w:w="1212"/>
          </w:tcPr>
          <w:p>
            <w:pPr>
              <w:keepNext/>
              <w:spacing w:after="0" w:before="0" w:line="240" w:lineRule="auto"/>
            </w:pPr>
            <w:r>
              <w:rPr>
                <w:sz w:val="18"/>
              </w:rPr>
            </w:r>
            <w:r>
              <w:rPr>
                <w:b w:val="0"/>
                <w:sz w:val="18"/>
              </w:rPr>
              <w:t>R</w:t>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Check attendance at clock-in</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r>
              <w:rPr>
                <w:b w:val="0"/>
                <w:sz w:val="18"/>
              </w:rPr>
              <w:t>R</w:t>
            </w:r>
          </w:p>
        </w:tc>
        <w:tc>
          <w:tcPr>
            <w:tcW w:type="dxa" w:w="951"/>
          </w:tcPr>
          <w:p>
            <w:pPr>
              <w:keepNext/>
              <w:spacing w:after="0" w:before="0" w:line="240" w:lineRule="auto"/>
            </w:pPr>
            <w:r>
              <w:rPr>
                <w:sz w:val="18"/>
              </w:rPr>
            </w:r>
            <w:r>
              <w:rPr>
                <w:b w:val="0"/>
                <w:sz w:val="18"/>
              </w:rPr>
              <w:t>A</w:t>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Identify missing employees</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r>
              <w:rPr>
                <w:b w:val="0"/>
                <w:sz w:val="18"/>
              </w:rPr>
              <w:t>R</w:t>
            </w:r>
          </w:p>
        </w:tc>
        <w:tc>
          <w:tcPr>
            <w:tcW w:type="dxa" w:w="951"/>
          </w:tcPr>
          <w:p>
            <w:pPr>
              <w:keepNext/>
              <w:spacing w:after="0" w:before="0" w:line="240" w:lineRule="auto"/>
            </w:pPr>
            <w:r>
              <w:rPr>
                <w:sz w:val="18"/>
              </w:rPr>
            </w:r>
            <w:r>
              <w:rPr>
                <w:b w:val="0"/>
                <w:sz w:val="18"/>
              </w:rPr>
              <w:t>A</w:t>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Arrange replacements</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r>
              <w:rPr>
                <w:b w:val="0"/>
                <w:sz w:val="18"/>
              </w:rPr>
              <w:t>R</w:t>
            </w:r>
          </w:p>
        </w:tc>
        <w:tc>
          <w:tcPr>
            <w:tcW w:type="dxa" w:w="951"/>
          </w:tcPr>
          <w:p>
            <w:pPr>
              <w:keepNext/>
              <w:spacing w:after="0" w:before="0" w:line="240" w:lineRule="auto"/>
            </w:pPr>
            <w:r>
              <w:rPr>
                <w:sz w:val="18"/>
              </w:rPr>
            </w:r>
            <w:r>
              <w:rPr>
                <w:b w:val="0"/>
                <w:sz w:val="18"/>
              </w:rPr>
              <w:t>A</w:t>
            </w:r>
          </w:p>
        </w:tc>
        <w:tc>
          <w:tcPr>
            <w:tcW w:type="dxa" w:w="1212"/>
          </w:tcPr>
          <w:p>
            <w:pPr>
              <w:keepNext/>
              <w:spacing w:after="0" w:before="0" w:line="240" w:lineRule="auto"/>
            </w:pPr>
            <w:r>
              <w:rPr>
                <w:sz w:val="18"/>
              </w:rPr>
            </w:r>
            <w:r>
              <w:rPr>
                <w:b w:val="0"/>
                <w:sz w:val="18"/>
              </w:rPr>
              <w:t>R</w:t>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Gang ready and working at start time</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r>
              <w:rPr>
                <w:b w:val="0"/>
                <w:sz w:val="18"/>
              </w:rPr>
              <w:t>R</w:t>
            </w:r>
          </w:p>
        </w:tc>
        <w:tc>
          <w:tcPr>
            <w:tcW w:type="dxa" w:w="951"/>
          </w:tcPr>
          <w:p>
            <w:pPr>
              <w:keepNext/>
              <w:spacing w:after="0" w:before="0" w:line="240" w:lineRule="auto"/>
            </w:pPr>
            <w:r>
              <w:rPr>
                <w:sz w:val="18"/>
              </w:rPr>
            </w:r>
            <w:r>
              <w:rPr>
                <w:b w:val="0"/>
                <w:sz w:val="18"/>
              </w:rPr>
              <w:t>A</w:t>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Verify active vessels / workplaces at operational start</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p>
        </w:tc>
        <w:tc>
          <w:tcPr>
            <w:tcW w:type="dxa" w:w="951"/>
          </w:tcPr>
          <w:p>
            <w:pPr>
              <w:keepNext/>
              <w:spacing w:after="0" w:before="0" w:line="240" w:lineRule="auto"/>
            </w:pPr>
            <w:r>
              <w:rPr>
                <w:sz w:val="18"/>
              </w:rPr>
            </w:r>
            <w:r>
              <w:rPr>
                <w:b w:val="0"/>
                <w:sz w:val="18"/>
              </w:rPr>
              <w:t>R/A</w:t>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Record start, stop and deviations</w:t>
            </w:r>
          </w:p>
        </w:tc>
        <w:tc>
          <w:tcPr>
            <w:tcW w:type="dxa" w:w="1055"/>
          </w:tcPr>
          <w:p>
            <w:pPr>
              <w:keepNext/>
              <w:spacing w:after="0" w:before="0" w:line="240" w:lineRule="auto"/>
            </w:pPr>
            <w:r>
              <w:rPr>
                <w:sz w:val="18"/>
              </w:rPr>
            </w:r>
            <w:r>
              <w:rPr>
                <w:b w:val="0"/>
                <w:sz w:val="18"/>
              </w:rPr>
              <w:t>R</w:t>
            </w:r>
          </w:p>
        </w:tc>
        <w:tc>
          <w:tcPr>
            <w:tcW w:type="dxa" w:w="1160"/>
          </w:tcPr>
          <w:p>
            <w:pPr>
              <w:keepNext/>
              <w:spacing w:after="0" w:before="0" w:line="240" w:lineRule="auto"/>
            </w:pPr>
            <w:r>
              <w:rPr>
                <w:sz w:val="18"/>
              </w:rPr>
            </w:r>
            <w:r>
              <w:rPr>
                <w:b w:val="0"/>
                <w:sz w:val="18"/>
              </w:rPr>
              <w:t>A</w:t>
            </w:r>
          </w:p>
        </w:tc>
        <w:tc>
          <w:tcPr>
            <w:tcW w:type="dxa" w:w="951"/>
          </w:tcPr>
          <w:p>
            <w:pPr>
              <w:keepNext/>
              <w:spacing w:after="0" w:before="0" w:line="240" w:lineRule="auto"/>
            </w:pPr>
            <w:r>
              <w:rPr>
                <w:sz w:val="18"/>
              </w:rPr>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Verify records and add explanations</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r>
              <w:rPr>
                <w:b w:val="0"/>
                <w:sz w:val="18"/>
              </w:rPr>
              <w:t>R</w:t>
            </w:r>
          </w:p>
        </w:tc>
        <w:tc>
          <w:tcPr>
            <w:tcW w:type="dxa" w:w="951"/>
          </w:tcPr>
          <w:p>
            <w:pPr>
              <w:keepNext/>
              <w:spacing w:after="0" w:before="0" w:line="240" w:lineRule="auto"/>
            </w:pPr>
            <w:r>
              <w:rPr>
                <w:sz w:val="18"/>
              </w:rPr>
            </w:r>
            <w:r>
              <w:rPr>
                <w:b w:val="0"/>
                <w:sz w:val="18"/>
              </w:rPr>
              <w:t>A</w:t>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p>
        </w:tc>
      </w:tr>
      <w:tr>
        <w:trPr>
          <w:cantSplit/>
        </w:trPr>
        <w:tc>
          <w:tcPr>
            <w:tcW w:type="dxa" w:w="3672"/>
          </w:tcPr>
          <w:p>
            <w:pPr>
              <w:keepNext/>
              <w:spacing w:after="0" w:before="0" w:line="240" w:lineRule="auto"/>
            </w:pPr>
            <w:r>
              <w:rPr>
                <w:sz w:val="18"/>
              </w:rPr>
            </w:r>
            <w:r>
              <w:rPr>
                <w:b w:val="0"/>
                <w:sz w:val="18"/>
              </w:rPr>
              <w:t>Daily deviation summary per shift</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p>
        </w:tc>
        <w:tc>
          <w:tcPr>
            <w:tcW w:type="dxa" w:w="951"/>
          </w:tcPr>
          <w:p>
            <w:pPr>
              <w:keepNext/>
              <w:spacing w:after="0" w:before="0" w:line="240" w:lineRule="auto"/>
            </w:pPr>
            <w:r>
              <w:rPr>
                <w:sz w:val="18"/>
              </w:rPr>
            </w:r>
            <w:r>
              <w:rPr>
                <w:b w:val="0"/>
                <w:sz w:val="18"/>
              </w:rPr>
              <w:t>R</w:t>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r>
              <w:rPr>
                <w:b w:val="0"/>
                <w:sz w:val="18"/>
              </w:rPr>
              <w:t>A</w:t>
            </w:r>
          </w:p>
        </w:tc>
      </w:tr>
      <w:tr>
        <w:trPr>
          <w:cantSplit/>
        </w:trPr>
        <w:tc>
          <w:tcPr>
            <w:tcW w:type="dxa" w:w="3672"/>
          </w:tcPr>
          <w:p>
            <w:pPr>
              <w:keepNext/>
              <w:spacing w:after="0" w:before="0" w:line="240" w:lineRule="auto"/>
            </w:pPr>
            <w:r>
              <w:rPr>
                <w:sz w:val="18"/>
              </w:rPr>
            </w:r>
            <w:r>
              <w:rPr>
                <w:b w:val="0"/>
                <w:sz w:val="18"/>
              </w:rPr>
              <w:t>Follow-up of deviations in the shift</w:t>
            </w:r>
          </w:p>
        </w:tc>
        <w:tc>
          <w:tcPr>
            <w:tcW w:type="dxa" w:w="1055"/>
          </w:tcPr>
          <w:p>
            <w:pPr>
              <w:keepNext/>
              <w:spacing w:after="0" w:before="0" w:line="240" w:lineRule="auto"/>
            </w:pPr>
            <w:r>
              <w:rPr>
                <w:sz w:val="18"/>
              </w:rPr>
            </w:r>
          </w:p>
        </w:tc>
        <w:tc>
          <w:tcPr>
            <w:tcW w:type="dxa" w:w="1160"/>
          </w:tcPr>
          <w:p>
            <w:pPr>
              <w:keepNext/>
              <w:spacing w:after="0" w:before="0" w:line="240" w:lineRule="auto"/>
            </w:pPr>
            <w:r>
              <w:rPr>
                <w:sz w:val="18"/>
              </w:rPr>
            </w:r>
            <w:r>
              <w:rPr>
                <w:b w:val="0"/>
                <w:sz w:val="18"/>
              </w:rPr>
              <w:t>R</w:t>
            </w:r>
          </w:p>
        </w:tc>
        <w:tc>
          <w:tcPr>
            <w:tcW w:type="dxa" w:w="951"/>
          </w:tcPr>
          <w:p>
            <w:pPr>
              <w:keepNext/>
              <w:spacing w:after="0" w:before="0" w:line="240" w:lineRule="auto"/>
            </w:pPr>
            <w:r>
              <w:rPr>
                <w:sz w:val="18"/>
              </w:rPr>
            </w:r>
            <w:r>
              <w:rPr>
                <w:b w:val="0"/>
                <w:sz w:val="18"/>
              </w:rPr>
              <w:t>A</w:t>
            </w:r>
          </w:p>
        </w:tc>
        <w:tc>
          <w:tcPr>
            <w:tcW w:type="dxa" w:w="1212"/>
          </w:tcPr>
          <w:p>
            <w:pPr>
              <w:keepNext/>
              <w:spacing w:after="0" w:before="0" w:line="240" w:lineRule="auto"/>
            </w:pPr>
            <w:r>
              <w:rPr>
                <w:sz w:val="18"/>
              </w:rPr>
            </w:r>
          </w:p>
        </w:tc>
        <w:tc>
          <w:tcPr>
            <w:tcW w:type="dxa" w:w="1474"/>
          </w:tcPr>
          <w:p>
            <w:pPr>
              <w:keepNext/>
              <w:spacing w:after="0" w:before="0" w:line="240" w:lineRule="auto"/>
            </w:pPr>
            <w:r>
              <w:rPr>
                <w:sz w:val="18"/>
              </w:rPr>
            </w:r>
          </w:p>
        </w:tc>
      </w:tr>
      <w:tr>
        <w:trPr>
          <w:cantSplit/>
        </w:trPr>
        <w:tc>
          <w:tcPr>
            <w:tcW w:type="dxa" w:w="3672"/>
          </w:tcPr>
          <w:p>
            <w:pPr>
              <w:spacing w:after="0" w:before="0" w:line="240" w:lineRule="auto"/>
            </w:pPr>
            <w:r>
              <w:rPr>
                <w:sz w:val="18"/>
              </w:rPr>
            </w:r>
            <w:r>
              <w:rPr>
                <w:b w:val="0"/>
                <w:sz w:val="18"/>
              </w:rPr>
              <w:t>Weekly consolidated reporting</w:t>
            </w:r>
          </w:p>
        </w:tc>
        <w:tc>
          <w:tcPr>
            <w:tcW w:type="dxa" w:w="1055"/>
          </w:tcPr>
          <w:p>
            <w:pPr>
              <w:spacing w:after="0" w:before="0" w:line="240" w:lineRule="auto"/>
            </w:pPr>
            <w:r>
              <w:rPr>
                <w:sz w:val="18"/>
              </w:rPr>
            </w:r>
          </w:p>
        </w:tc>
        <w:tc>
          <w:tcPr>
            <w:tcW w:type="dxa" w:w="1160"/>
          </w:tcPr>
          <w:p>
            <w:pPr>
              <w:spacing w:after="0" w:before="0" w:line="240" w:lineRule="auto"/>
            </w:pPr>
            <w:r>
              <w:rPr>
                <w:sz w:val="18"/>
              </w:rPr>
            </w:r>
          </w:p>
        </w:tc>
        <w:tc>
          <w:tcPr>
            <w:tcW w:type="dxa" w:w="951"/>
          </w:tcPr>
          <w:p>
            <w:pPr>
              <w:spacing w:after="0" w:before="0" w:line="240" w:lineRule="auto"/>
            </w:pPr>
            <w:r>
              <w:rPr>
                <w:sz w:val="18"/>
              </w:rPr>
            </w:r>
          </w:p>
        </w:tc>
        <w:tc>
          <w:tcPr>
            <w:tcW w:type="dxa" w:w="1212"/>
          </w:tcPr>
          <w:p>
            <w:pPr>
              <w:spacing w:after="0" w:before="0" w:line="240" w:lineRule="auto"/>
            </w:pPr>
            <w:r>
              <w:rPr>
                <w:sz w:val="18"/>
              </w:rPr>
            </w:r>
          </w:p>
        </w:tc>
        <w:tc>
          <w:tcPr>
            <w:tcW w:type="dxa" w:w="1474"/>
          </w:tcPr>
          <w:p>
            <w:pPr>
              <w:spacing w:after="0" w:before="0" w:line="240" w:lineRule="auto"/>
            </w:pPr>
            <w:r>
              <w:rPr>
                <w:sz w:val="18"/>
              </w:rPr>
            </w:r>
            <w:r>
              <w:rPr>
                <w:b w:val="0"/>
                <w:sz w:val="18"/>
              </w:rPr>
              <w:t>R/A</w:t>
            </w:r>
          </w:p>
        </w:tc>
      </w:tr>
    </w:tbl>
    <w:p/>
    <w:p>
      <w:pPr>
        <w:jc w:val="both"/>
      </w:pPr>
      <w:r>
        <w:rPr>
          <w:b w:val="0"/>
        </w:rPr>
        <w:t>R = Responsible, the person who executes the task. A = Accountable, the person ultimately responsible. The GSV is accountable for the shift. Policy decisions, such as shift structure, sick leave rules and supplier agreements, remain the responsibility of the Operational Manager.</w:t>
      </w:r>
    </w:p>
    <w:p>
      <w:pPr>
        <w:jc w:val="both"/>
      </w:pPr>
      <w:r>
        <w:rPr>
          <w:b w:val="0"/>
        </w:rPr>
        <w:t>If there is disagreement about which deviation code applies, the GSV on duty makes the final decision. This matters because the code is not only used for reporting: code C may support a claim towards the vessel, and that requires one clear decision maker within the shift.</w:t>
      </w:r>
    </w:p>
    <w:p>
      <w:pPr>
        <w:jc w:val="both"/>
      </w:pPr>
      <w:r>
        <w:rPr>
          <w:b w:val="0"/>
        </w:rPr>
        <w:t>From week 4, once the communication and readiness requirements are complete, the SV addresses employee related deviations, code E, directly with the employee. Repeated cases are escalated to the Operational Manager and HR, who decide on any further action in line with existing CSO and HR procedures.</w:t>
      </w:r>
    </w:p>
    <w:p>
      <w:pPr>
        <w:jc w:val="both"/>
      </w:pPr>
      <w:r>
        <w:rPr>
          <w:b w:val="0"/>
        </w:rPr>
        <w:t>The project provides factual data and identifies deviations. It does not define disciplinary measures or sanctions.</w:t>
      </w:r>
    </w:p>
    <w:p>
      <w:pPr>
        <w:spacing w:before="280"/>
      </w:pPr>
      <w:r>
        <w:rPr>
          <w:b/>
          <w:color w:val="005781"/>
          <w:sz w:val="26"/>
        </w:rPr>
        <w:t>11. Daily deviation reporting</w:t>
      </w:r>
    </w:p>
    <w:p>
      <w:pPr>
        <w:jc w:val="both"/>
      </w:pPr>
      <w:r>
        <w:rPr>
          <w:b w:val="0"/>
        </w:rPr>
        <w:t>During the introduction period, the start and stop form OPS-FORM-SST-01 is completed physically for each gang and shift, alongside the normal productivity report. The record is reviewed and signed by the responsible supervisor and submitted at the end of the shift.</w:t>
      </w:r>
    </w:p>
    <w:p>
      <w:pPr>
        <w:jc w:val="both"/>
      </w:pPr>
      <w:r>
        <w:rPr>
          <w:b w:val="0"/>
        </w:rPr>
        <w:t>The GSV collects the signed hardcopies for the shift and initials them for receipt. PMO / project support extracts the data daily and maintains the project overview.</w:t>
      </w:r>
    </w:p>
    <w:p>
      <w:pPr>
        <w:jc w:val="both"/>
      </w:pPr>
      <w:r>
        <w:rPr>
          <w:b w:val="0"/>
        </w:rPr>
        <w:t>The daily overview focuses on actual start, break restart and stop times, lost crane-hours and the reason codes assigned to deviations. Repeated or material deviations are followed up by Operations in line with Section 10.</w:t>
      </w:r>
    </w:p>
    <w:p>
      <w:pPr>
        <w:jc w:val="both"/>
      </w:pPr>
      <w:r>
        <w:rPr>
          <w:b w:val="0"/>
        </w:rPr>
        <w:t>This is a temporary project registration used to identify the main causes that prevent teams from starting and finishing on time. It is not intended as a permanent parallel reporting system.</w:t>
      </w:r>
    </w:p>
    <w:p>
      <w:pPr>
        <w:jc w:val="both"/>
      </w:pPr>
      <w:r>
        <w:rPr>
          <w:b w:val="0"/>
        </w:rPr>
        <w:t xml:space="preserve">After approximately one month, the collected data is reviewed with Operations to identify recurring blockers and prioritise practical improvement actions. Two are already known and are deliberately held back until then rather than added to this procedure: </w:t>
      </w:r>
      <w:r>
        <w:rPr>
          <w:b/>
        </w:rPr>
        <w:t>the store</w:t>
      </w:r>
      <w:r>
        <w:rPr>
          <w:b w:val="0"/>
        </w:rPr>
        <w:t xml:space="preserve"> — whether materials are consistently ready in time — and </w:t>
      </w:r>
      <w:r>
        <w:rPr>
          <w:b/>
        </w:rPr>
        <w:t>the technical department</w:t>
      </w:r>
      <w:r>
        <w:rPr>
          <w:b w:val="0"/>
        </w:rPr>
        <w:t>, in particular the MHC daily check running into the operational start. Taking everything on at once would make the process too large to land; these are picked up one at a time.</w:t>
      </w:r>
    </w:p>
    <w:p>
      <w:pPr>
        <w:spacing w:before="280"/>
      </w:pPr>
      <w:r>
        <w:rPr>
          <w:b/>
          <w:color w:val="005781"/>
          <w:sz w:val="26"/>
        </w:rPr>
        <w:t>12. Implementation and rollout</w:t>
      </w:r>
    </w:p>
    <w:p>
      <w:pPr>
        <w:jc w:val="both"/>
      </w:pPr>
      <w:r>
        <w:rPr>
          <w:b w:val="0"/>
        </w:rPr>
        <w:t>Implementation follows five steps:</w:t>
      </w:r>
    </w:p>
    <w:p>
      <w:pPr>
        <w:pStyle w:val="ListNumber"/>
        <w:spacing w:after="80"/>
      </w:pPr>
      <w:r>
        <w:rPr>
          <w:b/>
        </w:rPr>
        <w:t>Procedure and prerequisites confirmed.</w:t>
      </w:r>
      <w:r>
        <w:rPr>
          <w:b w:val="0"/>
        </w:rPr>
        <w:t xml:space="preserve"> Formal management approval is obtained, and the transport, WhatsApp phone and HR working time implications are confirmed.</w:t>
      </w:r>
    </w:p>
    <w:p>
      <w:pPr>
        <w:pStyle w:val="ListNumber"/>
        <w:spacing w:after="80"/>
      </w:pPr>
      <w:r>
        <w:rPr>
          <w:b/>
        </w:rPr>
        <w:t>GSV and SV alignment.</w:t>
      </w:r>
      <w:r>
        <w:rPr>
          <w:b w:val="0"/>
        </w:rPr>
        <w:t xml:space="preserve"> The shift approach, roles, responsibilities and expectations are explained and agreed for implementation.</w:t>
      </w:r>
    </w:p>
    <w:p>
      <w:pPr>
        <w:pStyle w:val="ListNumber"/>
        <w:spacing w:after="80"/>
      </w:pPr>
      <w:r>
        <w:rPr>
          <w:b/>
        </w:rPr>
        <w:t>Tally Clerk instruction.</w:t>
      </w:r>
      <w:r>
        <w:rPr>
          <w:b w:val="0"/>
        </w:rPr>
        <w:t xml:space="preserve"> The registration sheet, supervisor sign off and deviation codes are explained before data collection starts. Delivered by PMO together with the Tally Department.</w:t>
      </w:r>
    </w:p>
    <w:p>
      <w:pPr>
        <w:pStyle w:val="ListNumber"/>
        <w:spacing w:after="80"/>
      </w:pPr>
      <w:r>
        <w:rPr>
          <w:b/>
        </w:rPr>
        <w:t>Employee communication.</w:t>
      </w:r>
      <w:r>
        <w:rPr>
          <w:b w:val="0"/>
        </w:rPr>
        <w:t xml:space="preserve"> The GSVs explain the new process to their own teams during shift or toolbox communication, including the agreed times, expectations and the purpose of the registration.</w:t>
      </w:r>
    </w:p>
    <w:p>
      <w:pPr>
        <w:pStyle w:val="ListNumber"/>
        <w:spacing w:after="80"/>
      </w:pPr>
      <w:r>
        <w:rPr>
          <w:b/>
        </w:rPr>
        <w:t>Readiness confirmation.</w:t>
      </w:r>
      <w:r>
        <w:rPr>
          <w:b w:val="0"/>
        </w:rPr>
        <w:t xml:space="preserve"> Operations and PMO confirm all shifts are informed and the final one pager is distributed through the agreed channels.</w:t>
      </w:r>
    </w:p>
    <w:p>
      <w:pPr>
        <w:jc w:val="both"/>
      </w:pPr>
      <w:r>
        <w:rPr>
          <w:b/>
        </w:rPr>
        <w:t>The GSVs carry the message.</w:t>
      </w:r>
      <w:r>
        <w:rPr>
          <w:b w:val="0"/>
        </w:rPr>
        <w:t xml:space="preserve"> PMO briefs the GSVs; the GSVs brief their people. Not as something that has to be done because management says so, but as something they stand behind — several of these measures, including the earlier arrival of SV2 and SV3 and the handover itself, came from the GSVs in the first place.</w:t>
      </w:r>
    </w:p>
    <w:p>
      <w:pPr>
        <w:jc w:val="both"/>
      </w:pPr>
      <w:r>
        <w:rPr>
          <w:b w:val="0"/>
        </w:rPr>
        <w:t>Weeks 1 to 3 are used to introduce and stabilise the new process across the shifts. Week 4 is the point at which the procedure is fully applicable and the normal CSO and HR follow up process applies.</w:t>
      </w:r>
    </w:p>
    <w:p>
      <w:pPr>
        <w:jc w:val="both"/>
      </w:pPr>
      <w:r>
        <w:rPr>
          <w:b w:val="0"/>
        </w:rPr>
        <w:t>From week 5, the collected data is consolidated and reviewed. The initial review focuses on what prevents teams from meeting the agreed times and which practical improvements should be prioritised. A broader review is held after approximately two months and the procedure may be adjusted where the evidence shows this is needed.</w:t>
      </w:r>
    </w:p>
    <w:p>
      <w:pPr>
        <w:keepNext/>
        <w:spacing w:before="280"/>
      </w:pPr>
      <w:r>
        <w:rPr>
          <w:b/>
          <w:color w:val="005781"/>
          <w:sz w:val="26"/>
        </w:rPr>
        <w:t>13. Measurement and review</w:t>
      </w:r>
    </w:p>
    <w:tbl>
      <w:tblPr>
        <w:tblStyle w:val="LightGrid-Accent1"/>
        <w:tblW w:type="auto" w:w="0"/>
        <w:jc w:val="left"/>
        <w:tblLayout w:type="fixed"/>
        <w:tblLook w:firstColumn="1" w:firstRow="1" w:lastColumn="0" w:lastRow="0" w:noHBand="0" w:noVBand="1" w:val="04A0"/>
        <w:tblLayout w:type="fixed"/>
      </w:tblPr>
      <w:tblGrid>
        <w:gridCol w:w="4929"/>
        <w:gridCol w:w="4929"/>
      </w:tblGrid>
      <w:tr>
        <w:trPr>
          <w:tblHeader/>
          <w:cantSplit/>
        </w:trPr>
        <w:tc>
          <w:tcPr>
            <w:tcW w:type="dxa" w:w="2906"/>
          </w:tcPr>
          <w:p>
            <w:pPr>
              <w:keepNext/>
              <w:spacing w:after="0" w:before="0" w:line="240" w:lineRule="auto"/>
            </w:pPr>
            <w:r>
              <w:rPr>
                <w:b/>
                <w:sz w:val="18"/>
              </w:rPr>
            </w:r>
            <w:r>
              <w:rPr>
                <w:b/>
                <w:sz w:val="18"/>
              </w:rPr>
              <w:t>KPI</w:t>
            </w:r>
          </w:p>
        </w:tc>
        <w:tc>
          <w:tcPr>
            <w:tcW w:type="dxa" w:w="6618"/>
          </w:tcPr>
          <w:p>
            <w:pPr>
              <w:keepNext/>
              <w:spacing w:after="0" w:before="0" w:line="240" w:lineRule="auto"/>
            </w:pPr>
            <w:r>
              <w:rPr>
                <w:b/>
                <w:sz w:val="18"/>
              </w:rPr>
            </w:r>
            <w:r>
              <w:rPr>
                <w:b/>
                <w:sz w:val="18"/>
              </w:rPr>
              <w:t>Definition</w:t>
            </w:r>
          </w:p>
        </w:tc>
      </w:tr>
      <w:tr>
        <w:trPr>
          <w:cantSplit/>
        </w:trPr>
        <w:tc>
          <w:tcPr>
            <w:tcW w:type="dxa" w:w="2906"/>
          </w:tcPr>
          <w:p>
            <w:pPr>
              <w:keepNext/>
              <w:spacing w:after="0" w:before="0" w:line="240" w:lineRule="auto"/>
            </w:pPr>
            <w:r>
              <w:rPr>
                <w:sz w:val="18"/>
              </w:rPr>
            </w:r>
            <w:r>
              <w:rPr>
                <w:b w:val="0"/>
                <w:sz w:val="18"/>
              </w:rPr>
              <w:t>On-time start %</w:t>
            </w:r>
          </w:p>
        </w:tc>
        <w:tc>
          <w:tcPr>
            <w:tcW w:type="dxa" w:w="6618"/>
          </w:tcPr>
          <w:p>
            <w:pPr>
              <w:keepNext/>
              <w:spacing w:after="0" w:before="0" w:line="240" w:lineRule="auto"/>
            </w:pPr>
            <w:r>
              <w:rPr>
                <w:sz w:val="18"/>
              </w:rPr>
            </w:r>
            <w:r>
              <w:rPr>
                <w:b w:val="0"/>
                <w:sz w:val="18"/>
              </w:rPr>
              <w:t>Gang-shifts with first productive action within 5 minutes of the operational start</w:t>
            </w:r>
          </w:p>
        </w:tc>
      </w:tr>
      <w:tr>
        <w:trPr>
          <w:cantSplit/>
        </w:trPr>
        <w:tc>
          <w:tcPr>
            <w:tcW w:type="dxa" w:w="2906"/>
          </w:tcPr>
          <w:p>
            <w:pPr>
              <w:keepNext/>
              <w:spacing w:after="0" w:before="0" w:line="240" w:lineRule="auto"/>
            </w:pPr>
            <w:r>
              <w:rPr>
                <w:sz w:val="18"/>
              </w:rPr>
            </w:r>
            <w:r>
              <w:rPr>
                <w:b w:val="0"/>
                <w:sz w:val="18"/>
              </w:rPr>
              <w:t>On-time finish %</w:t>
            </w:r>
          </w:p>
        </w:tc>
        <w:tc>
          <w:tcPr>
            <w:tcW w:type="dxa" w:w="6618"/>
          </w:tcPr>
          <w:p>
            <w:pPr>
              <w:keepNext/>
              <w:spacing w:after="0" w:before="0" w:line="240" w:lineRule="auto"/>
            </w:pPr>
            <w:r>
              <w:rPr>
                <w:sz w:val="18"/>
              </w:rPr>
            </w:r>
            <w:r>
              <w:rPr>
                <w:b w:val="0"/>
                <w:sz w:val="18"/>
              </w:rPr>
              <w:t>Gang-shifts with last productive action within 5 minutes of the operational stop</w:t>
            </w:r>
          </w:p>
        </w:tc>
      </w:tr>
      <w:tr>
        <w:trPr>
          <w:cantSplit/>
        </w:trPr>
        <w:tc>
          <w:tcPr>
            <w:tcW w:type="dxa" w:w="2906"/>
          </w:tcPr>
          <w:p>
            <w:pPr>
              <w:keepNext/>
              <w:spacing w:after="0" w:before="0" w:line="240" w:lineRule="auto"/>
            </w:pPr>
            <w:r>
              <w:rPr>
                <w:sz w:val="18"/>
              </w:rPr>
            </w:r>
            <w:r>
              <w:rPr>
                <w:b w:val="0"/>
                <w:sz w:val="18"/>
              </w:rPr>
              <w:t>Lost crane-hours</w:t>
            </w:r>
          </w:p>
        </w:tc>
        <w:tc>
          <w:tcPr>
            <w:tcW w:type="dxa" w:w="6618"/>
          </w:tcPr>
          <w:p>
            <w:pPr>
              <w:keepNext/>
              <w:spacing w:after="0" w:before="0" w:line="240" w:lineRule="auto"/>
            </w:pPr>
            <w:r>
              <w:rPr>
                <w:sz w:val="18"/>
              </w:rPr>
            </w:r>
            <w:r>
              <w:rPr>
                <w:b w:val="0"/>
                <w:sz w:val="18"/>
              </w:rPr>
              <w:t>Total per week, split into controllable (E, P, Q, T, O) and non controllable (C, W, S1, S2)</w:t>
            </w:r>
          </w:p>
        </w:tc>
      </w:tr>
      <w:tr>
        <w:trPr>
          <w:cantSplit/>
        </w:trPr>
        <w:tc>
          <w:tcPr>
            <w:tcW w:type="dxa" w:w="2906"/>
          </w:tcPr>
          <w:p>
            <w:pPr>
              <w:keepNext/>
              <w:spacing w:after="0" w:before="0" w:line="240" w:lineRule="auto"/>
            </w:pPr>
            <w:r>
              <w:rPr>
                <w:sz w:val="18"/>
              </w:rPr>
            </w:r>
            <w:r>
              <w:rPr>
                <w:b w:val="0"/>
                <w:sz w:val="18"/>
              </w:rPr>
              <w:t>Main causes</w:t>
            </w:r>
          </w:p>
        </w:tc>
        <w:tc>
          <w:tcPr>
            <w:tcW w:type="dxa" w:w="6618"/>
          </w:tcPr>
          <w:p>
            <w:pPr>
              <w:keepNext/>
              <w:spacing w:after="0" w:before="0" w:line="240" w:lineRule="auto"/>
            </w:pPr>
            <w:r>
              <w:rPr>
                <w:sz w:val="18"/>
              </w:rPr>
            </w:r>
            <w:r>
              <w:rPr>
                <w:b w:val="0"/>
                <w:sz w:val="18"/>
              </w:rPr>
              <w:t>Top three reason codes per week</w:t>
            </w:r>
          </w:p>
        </w:tc>
      </w:tr>
      <w:tr>
        <w:trPr>
          <w:cantSplit/>
        </w:trPr>
        <w:tc>
          <w:tcPr>
            <w:tcW w:type="dxa" w:w="2906"/>
          </w:tcPr>
          <w:p>
            <w:pPr>
              <w:keepNext/>
              <w:spacing w:after="0" w:before="0" w:line="240" w:lineRule="auto"/>
            </w:pPr>
            <w:r>
              <w:rPr>
                <w:sz w:val="18"/>
              </w:rPr>
            </w:r>
            <w:r>
              <w:rPr>
                <w:b w:val="0"/>
                <w:sz w:val="18"/>
              </w:rPr>
              <w:t>Shift comparison</w:t>
            </w:r>
          </w:p>
        </w:tc>
        <w:tc>
          <w:tcPr>
            <w:tcW w:type="dxa" w:w="6618"/>
          </w:tcPr>
          <w:p>
            <w:pPr>
              <w:keepNext/>
              <w:spacing w:after="0" w:before="0" w:line="240" w:lineRule="auto"/>
            </w:pPr>
            <w:r>
              <w:rPr>
                <w:sz w:val="18"/>
              </w:rPr>
            </w:r>
            <w:r>
              <w:rPr>
                <w:b w:val="0"/>
                <w:sz w:val="18"/>
              </w:rPr>
              <w:t>Morning, afternoon and night; crews A, B and C</w:t>
            </w:r>
          </w:p>
        </w:tc>
      </w:tr>
      <w:tr>
        <w:trPr>
          <w:cantSplit/>
        </w:trPr>
        <w:tc>
          <w:tcPr>
            <w:tcW w:type="dxa" w:w="2906"/>
          </w:tcPr>
          <w:p>
            <w:pPr>
              <w:spacing w:after="0" w:before="0" w:line="240" w:lineRule="auto"/>
            </w:pPr>
            <w:r>
              <w:rPr>
                <w:sz w:val="18"/>
              </w:rPr>
            </w:r>
            <w:r>
              <w:rPr>
                <w:b w:val="0"/>
                <w:sz w:val="18"/>
              </w:rPr>
              <w:t>Presence at the preparation steps</w:t>
            </w:r>
          </w:p>
        </w:tc>
        <w:tc>
          <w:tcPr>
            <w:tcW w:type="dxa" w:w="6618"/>
          </w:tcPr>
          <w:p>
            <w:pPr>
              <w:spacing w:after="0" w:before="0" w:line="240" w:lineRule="auto"/>
            </w:pPr>
            <w:r>
              <w:rPr>
                <w:sz w:val="18"/>
              </w:rPr>
            </w:r>
            <w:r>
              <w:rPr>
                <w:b w:val="0"/>
                <w:sz w:val="18"/>
              </w:rPr>
              <w:t>GSV, SV2 and SV3 present at the agreed times, per shift</w:t>
            </w:r>
          </w:p>
        </w:tc>
      </w:tr>
    </w:tbl>
    <w:p/>
    <w:p>
      <w:pPr>
        <w:jc w:val="both"/>
      </w:pPr>
      <w:r>
        <w:rPr>
          <w:b/>
        </w:rPr>
        <w:t>Reporting.</w:t>
      </w:r>
      <w:r>
        <w:rPr>
          <w:b w:val="0"/>
        </w:rPr>
        <w:t xml:space="preserve"> A weekly overview of the KPIs above goes to the Operational Manager and to senior management, with the daily detail available on request. For third-party labour, the start and stop KPIs are added to the existing monthly operations KPI report rather than a separate report.</w:t>
      </w:r>
    </w:p>
    <w:p>
      <w:pPr>
        <w:jc w:val="both"/>
      </w:pPr>
      <w:r>
        <w:rPr>
          <w:b w:val="0"/>
        </w:rPr>
        <w:t xml:space="preserve">A note on the unit. These hours are </w:t>
      </w:r>
      <w:r>
        <w:rPr>
          <w:b/>
        </w:rPr>
        <w:t>crane-hours</w:t>
      </w:r>
      <w:r>
        <w:rPr>
          <w:b w:val="0"/>
        </w:rPr>
        <w:t>, not gang-hours: a late start affecting four cranes counts four times. The figure that prompted this project — 1,664 hours of late start and early finish between January 2024 and July 2026 — is measured the same way.</w:t>
      </w:r>
    </w:p>
    <w:sectPr w:rsidR="00FC693F" w:rsidRPr="0006063C" w:rsidSect="00034616">
      <w:pgSz w:w="12240" w:h="15840"/>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